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23D7E" w14:textId="77777777" w:rsidR="00C03245" w:rsidRDefault="00000000">
      <w:pPr>
        <w:jc w:val="center"/>
      </w:pPr>
      <w:r>
        <w:rPr>
          <w:b/>
          <w:sz w:val="36"/>
        </w:rPr>
        <w:t>SPITTAL COMMUNITY COUNCIL</w:t>
      </w:r>
    </w:p>
    <w:p w14:paraId="154DF2ED" w14:textId="77777777" w:rsidR="00C03245" w:rsidRDefault="00000000">
      <w:pPr>
        <w:jc w:val="center"/>
      </w:pPr>
      <w:r>
        <w:rPr>
          <w:b/>
          <w:sz w:val="28"/>
        </w:rPr>
        <w:t>Draft Minutes – Ordinary Meeting</w:t>
      </w:r>
    </w:p>
    <w:p w14:paraId="6A6D3401" w14:textId="77777777" w:rsidR="00C03245" w:rsidRDefault="00000000">
      <w:pPr>
        <w:jc w:val="center"/>
      </w:pPr>
      <w:r>
        <w:t>Wednesday 9 September 2026 at 7:00pm</w:t>
      </w:r>
      <w:r>
        <w:br/>
        <w:t>Spittal School</w:t>
      </w:r>
    </w:p>
    <w:p w14:paraId="7A70F642" w14:textId="77777777" w:rsidR="00C03245" w:rsidRDefault="00000000">
      <w:r>
        <w:rPr>
          <w:b/>
          <w:color w:val="1F4E79"/>
          <w:sz w:val="25"/>
        </w:rPr>
        <w:t>1. Apologies for Absence</w:t>
      </w:r>
    </w:p>
    <w:p w14:paraId="5AA43165" w14:textId="77777777" w:rsidR="00C03245" w:rsidRDefault="00000000">
      <w:r>
        <w:t xml:space="preserve">Present: Cllr Wendy Oriel (Chair), Cllr Jonathan Whitby, Cllr James Gwilt, Cllr Adam Constable, Cllr Steve Yelland (Pembrokeshire County </w:t>
      </w:r>
      <w:proofErr w:type="spellStart"/>
      <w:r>
        <w:t>Councillor</w:t>
      </w:r>
      <w:proofErr w:type="spellEnd"/>
      <w:r>
        <w:t>), and Daniel Jones (Clerk &amp; Responsible Financial Officer).</w:t>
      </w:r>
    </w:p>
    <w:p w14:paraId="6807CD6D" w14:textId="77777777" w:rsidR="00C03245" w:rsidRDefault="00000000">
      <w:r>
        <w:t>Apologies: Cllr Edith Whitby and Cllr David Rees.</w:t>
      </w:r>
    </w:p>
    <w:p w14:paraId="0E60B15B" w14:textId="77777777" w:rsidR="00C03245" w:rsidRDefault="00000000">
      <w:r>
        <w:rPr>
          <w:b/>
          <w:color w:val="1F4E79"/>
          <w:sz w:val="25"/>
        </w:rPr>
        <w:t>2. Declarations of Interest</w:t>
      </w:r>
    </w:p>
    <w:p w14:paraId="2E80B2F9" w14:textId="77777777" w:rsidR="00C03245" w:rsidRDefault="00000000">
      <w:r>
        <w:t>No declarations of interest were made.</w:t>
      </w:r>
    </w:p>
    <w:p w14:paraId="1A5EB5CE" w14:textId="77777777" w:rsidR="00C03245" w:rsidRDefault="00000000">
      <w:r>
        <w:rPr>
          <w:b/>
          <w:color w:val="1F4E79"/>
          <w:sz w:val="25"/>
        </w:rPr>
        <w:t>3. Approval of Previous Minutes</w:t>
      </w:r>
    </w:p>
    <w:p w14:paraId="3E714DEB" w14:textId="77777777" w:rsidR="00C03245" w:rsidRDefault="00000000">
      <w:r>
        <w:t>The minutes of the AGM and Ordinary Meeting held on 21 July 2026 were approved as a true and accurate record, with no amendments or comments.</w:t>
      </w:r>
    </w:p>
    <w:p w14:paraId="1BC6FF0C" w14:textId="77777777" w:rsidR="00C03245" w:rsidRDefault="00000000">
      <w:r>
        <w:rPr>
          <w:b/>
          <w:color w:val="1F4E79"/>
          <w:sz w:val="25"/>
        </w:rPr>
        <w:t>4. Matters Arising</w:t>
      </w:r>
    </w:p>
    <w:p w14:paraId="3C333E8F" w14:textId="77777777" w:rsidR="00C03245" w:rsidRDefault="00000000">
      <w:r>
        <w:rPr>
          <w:b/>
        </w:rPr>
        <w:t>4.1 Meeting Dates / Revised Schedule</w:t>
      </w:r>
    </w:p>
    <w:p w14:paraId="14F3CD91" w14:textId="77777777" w:rsidR="00C03245" w:rsidRDefault="00000000">
      <w:r>
        <w:t>The Clerk confirmed that the Council's website had been updated to reflect the Council's decision that ordinary meetings will now be held on the second Wednesday of each month. Members noted the update.</w:t>
      </w:r>
    </w:p>
    <w:p w14:paraId="6821F071" w14:textId="77777777" w:rsidR="00C03245" w:rsidRDefault="00000000">
      <w:r>
        <w:rPr>
          <w:b/>
        </w:rPr>
        <w:t>4.2 Playground – Ownership and Maintenance Responsibility</w:t>
      </w:r>
    </w:p>
    <w:p w14:paraId="791204CD" w14:textId="77777777" w:rsidR="00C03245" w:rsidRDefault="00000000">
      <w:r>
        <w:t xml:space="preserve">The Clerk asked County </w:t>
      </w:r>
      <w:proofErr w:type="spellStart"/>
      <w:r>
        <w:t>Councillor</w:t>
      </w:r>
      <w:proofErr w:type="spellEnd"/>
      <w:r>
        <w:t xml:space="preserve"> Steve Yelland for an update regarding responsibility for the playground. Cllr Yelland confirmed that, following discussions with Pembrokeshire County Council, responsibility for the playground rests with Spittal Community Council. He provided further information regarding the dates of transfer and confirmed that the playground/park had been the responsibility of the Community Council for an extended period.</w:t>
      </w:r>
    </w:p>
    <w:p w14:paraId="434F1FF0" w14:textId="77777777" w:rsidR="00C03245" w:rsidRDefault="00000000">
      <w:r>
        <w:t>The Clerk advised that the latest playground inspection report would be reviewed to identify any areas of concern and that the Council's insurance policy would be reviewed to establish the extent of insurance cover applicable to the playground.</w:t>
      </w:r>
    </w:p>
    <w:p w14:paraId="4D891094" w14:textId="77777777" w:rsidR="00C03245" w:rsidRDefault="00000000">
      <w:r>
        <w:t xml:space="preserve">Members discussed the need for </w:t>
      </w:r>
      <w:proofErr w:type="gramStart"/>
      <w:r>
        <w:t>a general</w:t>
      </w:r>
      <w:proofErr w:type="gramEnd"/>
      <w:r>
        <w:t xml:space="preserve"> clean-up of the playground/park area. The possibility of a temporary closure was discussed to allow cleaning and works to be undertaken safely.</w:t>
      </w:r>
    </w:p>
    <w:p w14:paraId="1E4DE82B" w14:textId="77777777" w:rsidR="00C03245" w:rsidRDefault="00000000">
      <w:r>
        <w:lastRenderedPageBreak/>
        <w:t xml:space="preserve">Action: Clerk to review the latest playground inspection report and insurance policy and report back to Members. Council to consider arrangements for cleaning the playground/park area, including the possibility of </w:t>
      </w:r>
      <w:proofErr w:type="gramStart"/>
      <w:r>
        <w:t>a temporary</w:t>
      </w:r>
      <w:proofErr w:type="gramEnd"/>
      <w:r>
        <w:t xml:space="preserve"> closure.</w:t>
      </w:r>
    </w:p>
    <w:p w14:paraId="2DD06A67" w14:textId="77777777" w:rsidR="00C03245" w:rsidRDefault="00000000">
      <w:r>
        <w:rPr>
          <w:b/>
        </w:rPr>
        <w:t>4.3 Jenks Art – Bus Shelter Artwork</w:t>
      </w:r>
    </w:p>
    <w:p w14:paraId="2F8EAE69" w14:textId="551EA54C" w:rsidR="00C03245" w:rsidRDefault="00000000">
      <w:r>
        <w:t xml:space="preserve">The Clerk provided an update on correspondence with Jenks Art regarding the proposed artwork for the bus shelter. Jenks Art joined the meeting by </w:t>
      </w:r>
      <w:proofErr w:type="spellStart"/>
      <w:r w:rsidR="00A61924">
        <w:t>phonr</w:t>
      </w:r>
      <w:proofErr w:type="spellEnd"/>
      <w:r>
        <w:t xml:space="preserve"> call to discuss the proposal.</w:t>
      </w:r>
    </w:p>
    <w:p w14:paraId="0FC5C671" w14:textId="1EA68340" w:rsidR="00C03245" w:rsidRDefault="00000000">
      <w:r>
        <w:t>Cllr Wendy Oriel provided historic photographs and a sketch of a proposed design. Jenks Art advised that the proposed work would likely require three days at a total cost of £1,</w:t>
      </w:r>
      <w:r w:rsidR="00A61924">
        <w:t>5</w:t>
      </w:r>
      <w:r>
        <w:t xml:space="preserve">00. Jenks Art also referred to previous before-and-after photographic work </w:t>
      </w:r>
      <w:proofErr w:type="gramStart"/>
      <w:r>
        <w:t>similar to</w:t>
      </w:r>
      <w:proofErr w:type="gramEnd"/>
      <w:r>
        <w:t xml:space="preserve"> the ideas considered by the Council.</w:t>
      </w:r>
    </w:p>
    <w:p w14:paraId="315A9DCA" w14:textId="677D90E1" w:rsidR="00C03245" w:rsidRDefault="00000000">
      <w:r>
        <w:t xml:space="preserve">Jenks Art requested photographs of the front and side of the bus shelter. Members were to provide these to the Clerk </w:t>
      </w:r>
      <w:r w:rsidR="00A61924">
        <w:t xml:space="preserve">via </w:t>
      </w:r>
      <w:proofErr w:type="spellStart"/>
      <w:r w:rsidR="00A61924">
        <w:t>Whatsapp</w:t>
      </w:r>
      <w:proofErr w:type="spellEnd"/>
      <w:r>
        <w:t>. Jenks Art offered 21 or 28 September, subject to design approval, with Members indicating a preference for 28 September.</w:t>
      </w:r>
    </w:p>
    <w:p w14:paraId="7C6425D2" w14:textId="77777777" w:rsidR="00C03245" w:rsidRDefault="00000000">
      <w:r>
        <w:t xml:space="preserve">Jenks Art advised that flaky paint would need to be removed and that painting the bus shelter in a neutral </w:t>
      </w:r>
      <w:proofErr w:type="spellStart"/>
      <w:r>
        <w:t>colour</w:t>
      </w:r>
      <w:proofErr w:type="spellEnd"/>
      <w:r>
        <w:t xml:space="preserve"> beforehand would assist. Members discussed the logo designs circulated in the Council's WhatsApp group, with the third option being the preferred design.</w:t>
      </w:r>
    </w:p>
    <w:p w14:paraId="290BE885" w14:textId="77777777" w:rsidR="00C03245" w:rsidRDefault="00000000">
      <w:r>
        <w:t>Members discussed reducing the scope by concentrating the artwork on the outside of the shelter, with Council signage/logo on the inside, with the aim of reducing time and cost. Members also discussed whether the work could be carried out at this time of year.</w:t>
      </w:r>
    </w:p>
    <w:p w14:paraId="48E3FA47" w14:textId="77777777" w:rsidR="00C03245" w:rsidRDefault="00000000">
      <w:r>
        <w:t xml:space="preserve">Members noted that existing bus shelter repairs would need to be completed ahead of the artwork and </w:t>
      </w:r>
      <w:proofErr w:type="spellStart"/>
      <w:r>
        <w:t>authorised</w:t>
      </w:r>
      <w:proofErr w:type="spellEnd"/>
      <w:r>
        <w:t xml:space="preserve"> the purchase of masonry paint to enable the repairs and preparation to be undertaken. Members also agreed that residents who had previously raised concerns should be contacted.</w:t>
      </w:r>
    </w:p>
    <w:p w14:paraId="6D0545F7" w14:textId="77777777" w:rsidR="00C03245" w:rsidRDefault="00000000">
      <w:r>
        <w:t>Actions: Members to provide photographs to the Clerk. Clerk to forward photographs to Jenks Art, contact residents who previously raised concerns, coordinate the previously agreed repairs and progress the artwork/design with Jenks Art, subject to design approval.</w:t>
      </w:r>
    </w:p>
    <w:p w14:paraId="7E59FC34" w14:textId="77777777" w:rsidR="00C03245" w:rsidRDefault="00000000">
      <w:r>
        <w:rPr>
          <w:b/>
        </w:rPr>
        <w:t>4.4 Christmas Community Lunch – Arrangements</w:t>
      </w:r>
    </w:p>
    <w:p w14:paraId="5D2D513F" w14:textId="7BFDE5CF" w:rsidR="00C03245" w:rsidRDefault="00000000">
      <w:r>
        <w:t>The Clerk confirmed that One Voice Wales had been updated regarding the change from a summer event to a Christmas</w:t>
      </w:r>
      <w:r w:rsidR="004732C8">
        <w:t xml:space="preserve"> Event </w:t>
      </w:r>
      <w:r>
        <w:t>and had confirmed that the change was acceptable.</w:t>
      </w:r>
    </w:p>
    <w:p w14:paraId="2E92CF8E" w14:textId="77777777" w:rsidR="00C03245" w:rsidRDefault="00000000">
      <w:r>
        <w:t>Members agreed that Sunday 20 December 2026 would be the preferred date, as this falls after the end of the school term.</w:t>
      </w:r>
    </w:p>
    <w:p w14:paraId="5131431E" w14:textId="77777777" w:rsidR="00C03245" w:rsidRDefault="00000000">
      <w:r>
        <w:t xml:space="preserve">Members discussed </w:t>
      </w:r>
      <w:proofErr w:type="spellStart"/>
      <w:r>
        <w:t>programmes</w:t>
      </w:r>
      <w:proofErr w:type="spellEnd"/>
      <w:r>
        <w:t>, with the Clerk offering to prepare and print them. Members expressed an interest in purchasing selection boxes for children in the village, with 50 considered an appropriate total. A carol sheet, which could also serve as an invitation, was discussed and Members were happy to assist with local delivery.</w:t>
      </w:r>
    </w:p>
    <w:p w14:paraId="2E13AAE4" w14:textId="744D1B34" w:rsidR="00C03245" w:rsidRDefault="00000000" w:rsidP="00FE3BEE">
      <w:r>
        <w:lastRenderedPageBreak/>
        <w:t xml:space="preserve">Actions: Clerk to prepare and print </w:t>
      </w:r>
      <w:proofErr w:type="spellStart"/>
      <w:r>
        <w:t>programmes</w:t>
      </w:r>
      <w:proofErr w:type="spellEnd"/>
      <w:r>
        <w:t xml:space="preserve"> and progress event arrangements. Council to investigate purchasing 50 selection boxes. Carol sheet/invitation to be prepared for local distribution.</w:t>
      </w:r>
    </w:p>
    <w:p w14:paraId="438FC073" w14:textId="77777777" w:rsidR="00C03245" w:rsidRDefault="00000000">
      <w:r>
        <w:rPr>
          <w:b/>
          <w:color w:val="1F4E79"/>
          <w:sz w:val="25"/>
        </w:rPr>
        <w:t>5. Finance</w:t>
      </w:r>
    </w:p>
    <w:p w14:paraId="7CD6CA86" w14:textId="77777777" w:rsidR="00C03245" w:rsidRDefault="00000000">
      <w:r>
        <w:rPr>
          <w:b/>
        </w:rPr>
        <w:t>5.1 Precept</w:t>
      </w:r>
    </w:p>
    <w:p w14:paraId="57247336" w14:textId="77777777" w:rsidR="00C03245" w:rsidRDefault="00000000">
      <w:r>
        <w:t>The Clerk advised Members that the £1,507.00 precept instalment had been received. Members noted the payment.</w:t>
      </w:r>
    </w:p>
    <w:p w14:paraId="2C64B443" w14:textId="77777777" w:rsidR="00C03245" w:rsidRDefault="00000000">
      <w:r>
        <w:rPr>
          <w:b/>
        </w:rPr>
        <w:t>5.2 Payment Schedule</w:t>
      </w:r>
    </w:p>
    <w:p w14:paraId="2E64396B" w14:textId="77777777" w:rsidR="00C03245" w:rsidRDefault="00000000">
      <w:r>
        <w:t>The Clerk presented the payment schedule for approval. The following payments were included:</w:t>
      </w:r>
    </w:p>
    <w:tbl>
      <w:tblPr>
        <w:tblStyle w:val="TableGrid"/>
        <w:tblW w:w="0" w:type="auto"/>
        <w:jc w:val="center"/>
        <w:tblLook w:val="04A0" w:firstRow="1" w:lastRow="0" w:firstColumn="1" w:lastColumn="0" w:noHBand="0" w:noVBand="1"/>
      </w:tblPr>
      <w:tblGrid>
        <w:gridCol w:w="2880"/>
        <w:gridCol w:w="2880"/>
        <w:gridCol w:w="2880"/>
      </w:tblGrid>
      <w:tr w:rsidR="00C03245" w14:paraId="2C380290" w14:textId="77777777">
        <w:trPr>
          <w:jc w:val="center"/>
        </w:trPr>
        <w:tc>
          <w:tcPr>
            <w:tcW w:w="2880" w:type="dxa"/>
          </w:tcPr>
          <w:p w14:paraId="55FB97DC" w14:textId="77777777" w:rsidR="00C03245" w:rsidRDefault="00000000">
            <w:r>
              <w:t>Payee</w:t>
            </w:r>
          </w:p>
        </w:tc>
        <w:tc>
          <w:tcPr>
            <w:tcW w:w="2880" w:type="dxa"/>
          </w:tcPr>
          <w:p w14:paraId="2FFDB288" w14:textId="77777777" w:rsidR="00C03245" w:rsidRDefault="00000000">
            <w:r>
              <w:t>Description</w:t>
            </w:r>
          </w:p>
        </w:tc>
        <w:tc>
          <w:tcPr>
            <w:tcW w:w="2880" w:type="dxa"/>
          </w:tcPr>
          <w:p w14:paraId="32B6DC8E" w14:textId="77777777" w:rsidR="00C03245" w:rsidRDefault="00000000">
            <w:r>
              <w:t>Amount</w:t>
            </w:r>
          </w:p>
        </w:tc>
      </w:tr>
      <w:tr w:rsidR="00C03245" w14:paraId="2284232F" w14:textId="77777777">
        <w:trPr>
          <w:jc w:val="center"/>
        </w:trPr>
        <w:tc>
          <w:tcPr>
            <w:tcW w:w="2880" w:type="dxa"/>
          </w:tcPr>
          <w:p w14:paraId="7BC71305" w14:textId="77777777" w:rsidR="00C03245" w:rsidRDefault="00000000">
            <w:r>
              <w:t>Daniel Jones</w:t>
            </w:r>
          </w:p>
        </w:tc>
        <w:tc>
          <w:tcPr>
            <w:tcW w:w="2880" w:type="dxa"/>
          </w:tcPr>
          <w:p w14:paraId="1F319650" w14:textId="77777777" w:rsidR="00C03245" w:rsidRDefault="00000000">
            <w:r>
              <w:t>Clerk wages</w:t>
            </w:r>
          </w:p>
        </w:tc>
        <w:tc>
          <w:tcPr>
            <w:tcW w:w="2880" w:type="dxa"/>
          </w:tcPr>
          <w:p w14:paraId="4C603954" w14:textId="77777777" w:rsidR="00C03245" w:rsidRDefault="00000000">
            <w:r>
              <w:t>£600.00</w:t>
            </w:r>
          </w:p>
        </w:tc>
      </w:tr>
      <w:tr w:rsidR="00C03245" w14:paraId="19E6054B" w14:textId="77777777">
        <w:trPr>
          <w:jc w:val="center"/>
        </w:trPr>
        <w:tc>
          <w:tcPr>
            <w:tcW w:w="2880" w:type="dxa"/>
          </w:tcPr>
          <w:p w14:paraId="4246897B" w14:textId="77777777" w:rsidR="00C03245" w:rsidRDefault="00000000">
            <w:r>
              <w:t>Daniel Jones</w:t>
            </w:r>
          </w:p>
        </w:tc>
        <w:tc>
          <w:tcPr>
            <w:tcW w:w="2880" w:type="dxa"/>
          </w:tcPr>
          <w:p w14:paraId="2715117F" w14:textId="77777777" w:rsidR="00C03245" w:rsidRDefault="00000000">
            <w:proofErr w:type="spellStart"/>
            <w:r>
              <w:t>Docmail</w:t>
            </w:r>
            <w:proofErr w:type="spellEnd"/>
            <w:r>
              <w:t xml:space="preserve"> postage – Southgate letter</w:t>
            </w:r>
          </w:p>
        </w:tc>
        <w:tc>
          <w:tcPr>
            <w:tcW w:w="2880" w:type="dxa"/>
          </w:tcPr>
          <w:p w14:paraId="6E4CF87F" w14:textId="77777777" w:rsidR="00C03245" w:rsidRDefault="00000000">
            <w:r>
              <w:t>£1.34</w:t>
            </w:r>
          </w:p>
        </w:tc>
      </w:tr>
      <w:tr w:rsidR="00C03245" w14:paraId="6860A2EC" w14:textId="77777777">
        <w:trPr>
          <w:jc w:val="center"/>
        </w:trPr>
        <w:tc>
          <w:tcPr>
            <w:tcW w:w="2880" w:type="dxa"/>
          </w:tcPr>
          <w:p w14:paraId="2865CA1E" w14:textId="77777777" w:rsidR="00C03245" w:rsidRDefault="00000000">
            <w:r>
              <w:t>Daniel Jones</w:t>
            </w:r>
          </w:p>
        </w:tc>
        <w:tc>
          <w:tcPr>
            <w:tcW w:w="2880" w:type="dxa"/>
          </w:tcPr>
          <w:p w14:paraId="64079964" w14:textId="77777777" w:rsidR="00C03245" w:rsidRDefault="00000000">
            <w:r>
              <w:t>Royal Mail postage – Ben Morris</w:t>
            </w:r>
          </w:p>
        </w:tc>
        <w:tc>
          <w:tcPr>
            <w:tcW w:w="2880" w:type="dxa"/>
          </w:tcPr>
          <w:p w14:paraId="12948FE3" w14:textId="77777777" w:rsidR="00C03245" w:rsidRDefault="00000000">
            <w:r>
              <w:t>£0.91</w:t>
            </w:r>
          </w:p>
        </w:tc>
      </w:tr>
      <w:tr w:rsidR="00C03245" w14:paraId="656CCFF8" w14:textId="77777777">
        <w:trPr>
          <w:jc w:val="center"/>
        </w:trPr>
        <w:tc>
          <w:tcPr>
            <w:tcW w:w="2880" w:type="dxa"/>
          </w:tcPr>
          <w:p w14:paraId="5E571F0F" w14:textId="77777777" w:rsidR="00C03245" w:rsidRDefault="00000000">
            <w:r>
              <w:t>Daniel Jones</w:t>
            </w:r>
          </w:p>
        </w:tc>
        <w:tc>
          <w:tcPr>
            <w:tcW w:w="2880" w:type="dxa"/>
          </w:tcPr>
          <w:p w14:paraId="4F4F6ECB" w14:textId="77777777" w:rsidR="00C03245" w:rsidRDefault="00000000">
            <w:r>
              <w:t>Royal Mail postage – insurance renewal</w:t>
            </w:r>
          </w:p>
        </w:tc>
        <w:tc>
          <w:tcPr>
            <w:tcW w:w="2880" w:type="dxa"/>
          </w:tcPr>
          <w:p w14:paraId="355A549D" w14:textId="77777777" w:rsidR="00C03245" w:rsidRDefault="00000000">
            <w:r>
              <w:t>£0.91</w:t>
            </w:r>
          </w:p>
        </w:tc>
      </w:tr>
      <w:tr w:rsidR="00C03245" w14:paraId="110691A0" w14:textId="77777777">
        <w:trPr>
          <w:jc w:val="center"/>
        </w:trPr>
        <w:tc>
          <w:tcPr>
            <w:tcW w:w="2880" w:type="dxa"/>
          </w:tcPr>
          <w:p w14:paraId="1A733B22" w14:textId="77777777" w:rsidR="00C03245" w:rsidRDefault="00000000">
            <w:r>
              <w:t>Previous Clerk</w:t>
            </w:r>
          </w:p>
        </w:tc>
        <w:tc>
          <w:tcPr>
            <w:tcW w:w="2880" w:type="dxa"/>
          </w:tcPr>
          <w:p w14:paraId="51B03941" w14:textId="77777777" w:rsidR="00C03245" w:rsidRDefault="00000000">
            <w:r>
              <w:t>Postage for last year's audit</w:t>
            </w:r>
          </w:p>
        </w:tc>
        <w:tc>
          <w:tcPr>
            <w:tcW w:w="2880" w:type="dxa"/>
          </w:tcPr>
          <w:p w14:paraId="70914B67" w14:textId="77777777" w:rsidR="00C03245" w:rsidRDefault="00000000">
            <w:r>
              <w:t>£9.85</w:t>
            </w:r>
          </w:p>
        </w:tc>
      </w:tr>
      <w:tr w:rsidR="00C03245" w14:paraId="3D4543B5" w14:textId="77777777">
        <w:trPr>
          <w:jc w:val="center"/>
        </w:trPr>
        <w:tc>
          <w:tcPr>
            <w:tcW w:w="2880" w:type="dxa"/>
          </w:tcPr>
          <w:p w14:paraId="440D6D7C" w14:textId="77777777" w:rsidR="00C03245" w:rsidRDefault="00000000">
            <w:r>
              <w:t>Previous Clerk</w:t>
            </w:r>
          </w:p>
        </w:tc>
        <w:tc>
          <w:tcPr>
            <w:tcW w:w="2880" w:type="dxa"/>
          </w:tcPr>
          <w:p w14:paraId="522DF707" w14:textId="77777777" w:rsidR="00C03245" w:rsidRDefault="00000000">
            <w:r>
              <w:t>Memory stick</w:t>
            </w:r>
          </w:p>
        </w:tc>
        <w:tc>
          <w:tcPr>
            <w:tcW w:w="2880" w:type="dxa"/>
          </w:tcPr>
          <w:p w14:paraId="486A9E3C" w14:textId="77777777" w:rsidR="00C03245" w:rsidRDefault="00000000">
            <w:r>
              <w:t>£5.99</w:t>
            </w:r>
          </w:p>
        </w:tc>
      </w:tr>
      <w:tr w:rsidR="00C03245" w14:paraId="686C5AA9" w14:textId="77777777">
        <w:trPr>
          <w:jc w:val="center"/>
        </w:trPr>
        <w:tc>
          <w:tcPr>
            <w:tcW w:w="2880" w:type="dxa"/>
          </w:tcPr>
          <w:p w14:paraId="25433D6A" w14:textId="77777777" w:rsidR="00C03245" w:rsidRDefault="00C03245"/>
        </w:tc>
        <w:tc>
          <w:tcPr>
            <w:tcW w:w="2880" w:type="dxa"/>
          </w:tcPr>
          <w:p w14:paraId="1F97CA00" w14:textId="77777777" w:rsidR="00C03245" w:rsidRDefault="00000000">
            <w:r>
              <w:t>TOTAL</w:t>
            </w:r>
          </w:p>
        </w:tc>
        <w:tc>
          <w:tcPr>
            <w:tcW w:w="2880" w:type="dxa"/>
          </w:tcPr>
          <w:p w14:paraId="1D2D2836" w14:textId="77777777" w:rsidR="00C03245" w:rsidRDefault="00000000">
            <w:r>
              <w:t>£619.00</w:t>
            </w:r>
          </w:p>
        </w:tc>
      </w:tr>
    </w:tbl>
    <w:p w14:paraId="1FDEE455" w14:textId="77777777" w:rsidR="00C03245" w:rsidRDefault="00000000">
      <w:r>
        <w:t>The payment schedule was approved in full, with cheques issued at the conclusion of the meeting.</w:t>
      </w:r>
    </w:p>
    <w:p w14:paraId="44EA49AD" w14:textId="77777777" w:rsidR="00C03245" w:rsidRDefault="00000000">
      <w:r>
        <w:rPr>
          <w:b/>
        </w:rPr>
        <w:t>5.3 Bank Card</w:t>
      </w:r>
    </w:p>
    <w:p w14:paraId="6B193F8C" w14:textId="405D2BC2" w:rsidR="00C03245" w:rsidRDefault="00000000">
      <w:r>
        <w:t>The Clerk outlined the potential benefits of the Council having a bank card, particularly for purchasing items for the Christmas Community</w:t>
      </w:r>
      <w:r w:rsidR="007E2AD5">
        <w:t xml:space="preserve"> Event</w:t>
      </w:r>
      <w:r>
        <w:t>. Members agreed that this could enable the Council to obtain better value when purchasing items for Council activities.</w:t>
      </w:r>
    </w:p>
    <w:p w14:paraId="42A7C58F" w14:textId="77777777" w:rsidR="00C03245" w:rsidRDefault="00000000">
      <w:r>
        <w:t>Action: Clerk to explore options for a Council bank card and report back to Members.</w:t>
      </w:r>
    </w:p>
    <w:p w14:paraId="3952E7C6" w14:textId="77777777" w:rsidR="00C03245" w:rsidRDefault="00000000">
      <w:r>
        <w:rPr>
          <w:b/>
        </w:rPr>
        <w:t>5.4 Previous Clerk Outstanding Expense</w:t>
      </w:r>
    </w:p>
    <w:p w14:paraId="3C927531" w14:textId="77777777" w:rsidR="00C03245" w:rsidRDefault="00000000">
      <w:r>
        <w:t>The previous Clerk's outstanding expenses were included within the payment schedule. The Clerk presented the previous expense receipt book as supporting evidence, and the reimbursement was approved as part of the payment schedule.</w:t>
      </w:r>
    </w:p>
    <w:p w14:paraId="59A69F9B" w14:textId="77777777" w:rsidR="00C03245" w:rsidRDefault="00000000">
      <w:r>
        <w:rPr>
          <w:b/>
        </w:rPr>
        <w:t>5.5 One Voice Wales Membership</w:t>
      </w:r>
    </w:p>
    <w:p w14:paraId="6845F019" w14:textId="77777777" w:rsidR="00C03245" w:rsidRDefault="00000000">
      <w:r>
        <w:t xml:space="preserve">The Clerk advised that, following discussion with One Voice Wales, a 50% discount had been offered on the 2026/27 membership, reducing the fee to £47.50. The Clerk advised that membership would provide support with queries and help keep the Council up to date with </w:t>
      </w:r>
      <w:r>
        <w:lastRenderedPageBreak/>
        <w:t xml:space="preserve">relevant legislative changes. Members approved payment of £47.50 for Spittal Community Council to </w:t>
      </w:r>
      <w:proofErr w:type="gramStart"/>
      <w:r>
        <w:t>rejoin</w:t>
      </w:r>
      <w:proofErr w:type="gramEnd"/>
      <w:r>
        <w:t xml:space="preserve"> One Voice Wales.</w:t>
      </w:r>
    </w:p>
    <w:p w14:paraId="5E18D369" w14:textId="77777777" w:rsidR="00C03245" w:rsidRDefault="00000000">
      <w:r>
        <w:t>Action: Clerk to make payment and complete membership arrangements.</w:t>
      </w:r>
    </w:p>
    <w:p w14:paraId="7973454C" w14:textId="77777777" w:rsidR="00C03245" w:rsidRDefault="00000000">
      <w:r>
        <w:rPr>
          <w:b/>
          <w:color w:val="1F4E79"/>
          <w:sz w:val="25"/>
        </w:rPr>
        <w:t>6. Planning</w:t>
      </w:r>
    </w:p>
    <w:p w14:paraId="563672DD" w14:textId="77777777" w:rsidR="00C03245" w:rsidRDefault="00000000">
      <w:r>
        <w:rPr>
          <w:b/>
        </w:rPr>
        <w:t>6.1 Planning Application</w:t>
      </w:r>
    </w:p>
    <w:p w14:paraId="01E164AD" w14:textId="77777777" w:rsidR="00C03245" w:rsidRDefault="00000000">
      <w:r>
        <w:t>The Clerk advised Members of a planning application received since the previous meeting. Members considered the application and confirmed that the Council had no comments or objections to submit.</w:t>
      </w:r>
    </w:p>
    <w:p w14:paraId="3EDFF2E6" w14:textId="77777777" w:rsidR="00C03245" w:rsidRDefault="00000000">
      <w:r>
        <w:rPr>
          <w:b/>
        </w:rPr>
        <w:t>6.2 Pembrokeshire Revised LDP2 Examination</w:t>
      </w:r>
    </w:p>
    <w:p w14:paraId="30764849" w14:textId="77777777" w:rsidR="00C03245" w:rsidRDefault="00000000">
      <w:r>
        <w:t>The Clerk presented correspondence from Pembrokeshire County Council regarding the forthcoming Revised LDP2 Examination. It was noted that Spittal Community Council had previously made a representation and had therefore been included in the examination correspondence. Members noted that the deadline for requesting an oral representation at the hearing had passed. Cllr Steve Yelland agreed to make enquiries as to whether there was any possibility of this being reconsidered. Members noted that the Council remains able to make written representations when the hearings commence in November.</w:t>
      </w:r>
    </w:p>
    <w:p w14:paraId="44BFE41F" w14:textId="77777777" w:rsidR="00C03245" w:rsidRDefault="00000000">
      <w:r>
        <w:t>Action: Cllr Steve Yelland to make enquiries regarding the possibility of an oral representation.</w:t>
      </w:r>
    </w:p>
    <w:p w14:paraId="109F5DAB" w14:textId="77777777" w:rsidR="00C03245" w:rsidRDefault="00000000">
      <w:r>
        <w:rPr>
          <w:b/>
          <w:color w:val="1F4E79"/>
          <w:sz w:val="25"/>
        </w:rPr>
        <w:t>7. Correspondence</w:t>
      </w:r>
    </w:p>
    <w:p w14:paraId="4CD92BE2" w14:textId="77777777" w:rsidR="00C03245" w:rsidRDefault="00000000">
      <w:r>
        <w:t>The Clerk advised that there was no further correspondence requiring consideration or action at this meeting. Members noted the update.</w:t>
      </w:r>
    </w:p>
    <w:p w14:paraId="427550DF" w14:textId="77777777" w:rsidR="00C03245" w:rsidRDefault="00000000">
      <w:r>
        <w:rPr>
          <w:b/>
          <w:color w:val="1F4E79"/>
          <w:sz w:val="25"/>
        </w:rPr>
        <w:t>8. Community Matters</w:t>
      </w:r>
    </w:p>
    <w:p w14:paraId="29AC57B3" w14:textId="77777777" w:rsidR="00C03245" w:rsidRDefault="00000000">
      <w:r>
        <w:rPr>
          <w:b/>
        </w:rPr>
        <w:t>8.1 Meadow View</w:t>
      </w:r>
    </w:p>
    <w:p w14:paraId="53AD3BF4" w14:textId="77777777" w:rsidR="00C03245" w:rsidRDefault="00000000">
      <w:r>
        <w:t>The Clerk asked Members whether they had considered the Land Registry information and supporting pack provided at a previous meeting. Members confirmed that no further action was required at this stage.</w:t>
      </w:r>
    </w:p>
    <w:p w14:paraId="37E1D5E2" w14:textId="77777777" w:rsidR="00C03245" w:rsidRDefault="00000000">
      <w:r>
        <w:rPr>
          <w:b/>
        </w:rPr>
        <w:t>8.2 Grass Cutting / Public Footpaths</w:t>
      </w:r>
    </w:p>
    <w:p w14:paraId="6DD71B90" w14:textId="77777777" w:rsidR="00C03245" w:rsidRDefault="00000000">
      <w:r>
        <w:t>The Clerk asked Members whether any quotations had been obtained. No quotations had been obtained at this stage.</w:t>
      </w:r>
    </w:p>
    <w:p w14:paraId="704942B2" w14:textId="77777777" w:rsidR="00C03245" w:rsidRDefault="00000000">
      <w:r>
        <w:rPr>
          <w:b/>
        </w:rPr>
        <w:t>8.3 Rugby Posts / Quotations</w:t>
      </w:r>
    </w:p>
    <w:p w14:paraId="45908958" w14:textId="77777777" w:rsidR="00C03245" w:rsidRDefault="00000000">
      <w:r>
        <w:t>The Clerk advised Members that the Council was still awaiting quotations for the proposed rugby posts.</w:t>
      </w:r>
    </w:p>
    <w:p w14:paraId="54F1D759" w14:textId="77777777" w:rsidR="00C03245" w:rsidRDefault="00000000">
      <w:r>
        <w:rPr>
          <w:b/>
        </w:rPr>
        <w:lastRenderedPageBreak/>
        <w:t>8.4 Community Council Logo</w:t>
      </w:r>
    </w:p>
    <w:p w14:paraId="5CDF5E20" w14:textId="70E2197F" w:rsidR="00C03245" w:rsidRDefault="00000000">
      <w:r>
        <w:t>Members considered the logo designs circulated in advance of the meeting. Members indicated that the third design was the preferred option.</w:t>
      </w:r>
    </w:p>
    <w:p w14:paraId="002AE7F1" w14:textId="77777777" w:rsidR="00C03245" w:rsidRDefault="00000000">
      <w:r>
        <w:rPr>
          <w:b/>
        </w:rPr>
        <w:t>8.5 Community Warm Spaces Fund – SCAF Round 10</w:t>
      </w:r>
    </w:p>
    <w:p w14:paraId="0910B4C3" w14:textId="77777777" w:rsidR="00C03245" w:rsidRDefault="00000000">
      <w:r>
        <w:t xml:space="preserve">The Clerk advised Members of the Community Warm Spaces Fund, administered by PAVS. Members discussed using funding for hall hire to provide a warm community space at various points during the cold period. The Clerk advised that, if successful, funding would need to be spent by 31 March 2027. Members agreed that the Council should </w:t>
      </w:r>
      <w:proofErr w:type="gramStart"/>
      <w:r>
        <w:t>submit an application</w:t>
      </w:r>
      <w:proofErr w:type="gramEnd"/>
      <w:r>
        <w:t xml:space="preserve">. Action: Clerk to prepare and </w:t>
      </w:r>
      <w:proofErr w:type="gramStart"/>
      <w:r>
        <w:t>submit an application</w:t>
      </w:r>
      <w:proofErr w:type="gramEnd"/>
      <w:r>
        <w:t xml:space="preserve"> before the deadline.</w:t>
      </w:r>
    </w:p>
    <w:p w14:paraId="60F356C2" w14:textId="77777777" w:rsidR="00C03245" w:rsidRDefault="00000000">
      <w:r>
        <w:rPr>
          <w:b/>
          <w:color w:val="1F4E79"/>
          <w:sz w:val="25"/>
        </w:rPr>
        <w:t>9. Clerk's Report</w:t>
      </w:r>
    </w:p>
    <w:p w14:paraId="7254485A" w14:textId="77777777" w:rsidR="00C03245" w:rsidRDefault="00000000">
      <w:r>
        <w:t xml:space="preserve">The Clerk confirmed that all matters previously reported had been logged with Pembrokeshire County Council or the relevant </w:t>
      </w:r>
      <w:proofErr w:type="spellStart"/>
      <w:r>
        <w:t>organisation</w:t>
      </w:r>
      <w:proofErr w:type="spellEnd"/>
      <w:r>
        <w:t xml:space="preserve">, where applicable, and that outstanding matters were being followed up as appropriate. The Clerk advised that </w:t>
      </w:r>
      <w:proofErr w:type="gramStart"/>
      <w:r>
        <w:t>a number of</w:t>
      </w:r>
      <w:proofErr w:type="gramEnd"/>
      <w:r>
        <w:t xml:space="preserve"> funding opportunities had been received and that the Community Warm Spaces Fund was considered the most applicable and had the most urgent deadline. Members noted the report.</w:t>
      </w:r>
    </w:p>
    <w:p w14:paraId="2668873A" w14:textId="77777777" w:rsidR="00C03245" w:rsidRDefault="00000000">
      <w:r>
        <w:rPr>
          <w:b/>
          <w:color w:val="1F4E79"/>
          <w:sz w:val="25"/>
        </w:rPr>
        <w:t>10. AOB</w:t>
      </w:r>
    </w:p>
    <w:p w14:paraId="13189084" w14:textId="77777777" w:rsidR="00C03245" w:rsidRDefault="00000000">
      <w:r>
        <w:rPr>
          <w:b/>
        </w:rPr>
        <w:t>Overgrown Property</w:t>
      </w:r>
    </w:p>
    <w:p w14:paraId="306CE6A1" w14:textId="77777777" w:rsidR="00C03245" w:rsidRDefault="00000000">
      <w:r>
        <w:t>Members noted a property with a significantly overgrown front garden. In view of the circumstances, Members discussed the possibility of the Council arranging and funding the cutting of the garden.</w:t>
      </w:r>
    </w:p>
    <w:p w14:paraId="5CD87DB0" w14:textId="77777777" w:rsidR="00C03245" w:rsidRDefault="00000000">
      <w:r>
        <w:t>Action: Clerk to obtain quotations and report back.</w:t>
      </w:r>
    </w:p>
    <w:p w14:paraId="785AA28C" w14:textId="77777777" w:rsidR="00C03245" w:rsidRDefault="00000000">
      <w:r>
        <w:rPr>
          <w:b/>
        </w:rPr>
        <w:t>Fire Safety</w:t>
      </w:r>
    </w:p>
    <w:p w14:paraId="481ADE5A" w14:textId="77777777" w:rsidR="00C03245" w:rsidRDefault="00000000">
      <w:r>
        <w:t>Members discussed the recent Government warning regarding fires and noted instances of fires within the village despite the warning.</w:t>
      </w:r>
    </w:p>
    <w:p w14:paraId="49D10886" w14:textId="77777777" w:rsidR="00C03245" w:rsidRDefault="00000000">
      <w:r>
        <w:t>Action: Clerk to write to relevant residents reminding them of the warning.</w:t>
      </w:r>
    </w:p>
    <w:p w14:paraId="7340D0BF" w14:textId="77777777" w:rsidR="00C03245" w:rsidRDefault="00000000">
      <w:r>
        <w:rPr>
          <w:b/>
        </w:rPr>
        <w:t>20mph Speed Limit</w:t>
      </w:r>
    </w:p>
    <w:p w14:paraId="189527F3" w14:textId="77777777" w:rsidR="00C03245" w:rsidRDefault="00000000">
      <w:r>
        <w:t>Members discussed concerns that the 20mph speed limit was not being adhered to in certain parts of the village.</w:t>
      </w:r>
    </w:p>
    <w:p w14:paraId="2D2A52CC" w14:textId="77777777" w:rsidR="00C03245" w:rsidRDefault="00000000">
      <w:r>
        <w:t>Action: Clerk to report the matter to the relevant road safety awareness service.</w:t>
      </w:r>
    </w:p>
    <w:p w14:paraId="4BB71474" w14:textId="77777777" w:rsidR="00C03245" w:rsidRDefault="00000000">
      <w:r>
        <w:rPr>
          <w:b/>
        </w:rPr>
        <w:t>LED Speed Sign</w:t>
      </w:r>
    </w:p>
    <w:p w14:paraId="499896C2" w14:textId="77777777" w:rsidR="00C03245" w:rsidRDefault="00000000">
      <w:r>
        <w:t>Members discussed the possibility of funding an LED speed awareness sign to assist in slowing traffic through the village.</w:t>
      </w:r>
    </w:p>
    <w:p w14:paraId="7DDC6A89" w14:textId="77777777" w:rsidR="00C03245" w:rsidRDefault="00000000">
      <w:r>
        <w:lastRenderedPageBreak/>
        <w:t>Action: Clerk to obtain quotations and report back.</w:t>
      </w:r>
    </w:p>
    <w:p w14:paraId="0BF016B7" w14:textId="77777777" w:rsidR="00C03245" w:rsidRDefault="00000000">
      <w:r>
        <w:rPr>
          <w:b/>
        </w:rPr>
        <w:t>Four Winds, Spittal</w:t>
      </w:r>
    </w:p>
    <w:p w14:paraId="14A41139" w14:textId="77777777" w:rsidR="00C03245" w:rsidRDefault="00000000">
      <w:r>
        <w:t>Members requested a further reminder letter regarding Four Winds, Spittal.</w:t>
      </w:r>
    </w:p>
    <w:p w14:paraId="753567A9" w14:textId="77777777" w:rsidR="00C03245" w:rsidRDefault="00000000">
      <w:r>
        <w:t>Action: Clerk to send a further reminder letter.</w:t>
      </w:r>
    </w:p>
    <w:p w14:paraId="1CD6A1D4" w14:textId="77777777" w:rsidR="00C03245" w:rsidRDefault="00000000">
      <w:r>
        <w:rPr>
          <w:b/>
        </w:rPr>
        <w:t>Bridle Path</w:t>
      </w:r>
    </w:p>
    <w:p w14:paraId="710AF6FD" w14:textId="77777777" w:rsidR="00C03245" w:rsidRDefault="00000000">
      <w:r>
        <w:t>Members requested that PCC be asked to undertake cutting of the bridle path.</w:t>
      </w:r>
    </w:p>
    <w:p w14:paraId="4CB231DC" w14:textId="77777777" w:rsidR="00C03245" w:rsidRDefault="00000000">
      <w:r>
        <w:t>Action: Clerk to contact PCC.</w:t>
      </w:r>
    </w:p>
    <w:p w14:paraId="6B2F98C4" w14:textId="77777777" w:rsidR="00C03245" w:rsidRDefault="00000000">
      <w:r>
        <w:rPr>
          <w:b/>
        </w:rPr>
        <w:t>Blocked Drains</w:t>
      </w:r>
    </w:p>
    <w:p w14:paraId="1C047ADC" w14:textId="77777777" w:rsidR="00C03245" w:rsidRDefault="00000000">
      <w:r>
        <w:t>Members requested that PCC be chased regarding the blocked drains previously reported by Cllr Wendy Oriel.</w:t>
      </w:r>
    </w:p>
    <w:p w14:paraId="72EA13E0" w14:textId="77777777" w:rsidR="00C03245" w:rsidRDefault="00000000">
      <w:r>
        <w:t>Action: Clerk to follow up with PCC.</w:t>
      </w:r>
    </w:p>
    <w:p w14:paraId="19095CEE" w14:textId="77777777" w:rsidR="00C03245" w:rsidRDefault="00000000">
      <w:r>
        <w:rPr>
          <w:b/>
        </w:rPr>
        <w:t>Abandoned Vehicle</w:t>
      </w:r>
    </w:p>
    <w:p w14:paraId="173EE750" w14:textId="77777777" w:rsidR="00C03245" w:rsidRDefault="00000000">
      <w:r>
        <w:t>Members noted an abandoned vehicle which required reporting to the police. In the meantime, an attempt would be made to establish the owner's identity/location informally.</w:t>
      </w:r>
    </w:p>
    <w:p w14:paraId="633C9B29" w14:textId="77777777" w:rsidR="00C03245" w:rsidRDefault="00000000">
      <w:r>
        <w:rPr>
          <w:b/>
        </w:rPr>
        <w:t>Mill Hill – Tarmac</w:t>
      </w:r>
    </w:p>
    <w:p w14:paraId="27196F74" w14:textId="77777777" w:rsidR="00C03245" w:rsidRDefault="00000000">
      <w:r>
        <w:t xml:space="preserve">Cllr Wendy Oriel raised </w:t>
      </w:r>
      <w:proofErr w:type="gramStart"/>
      <w:r>
        <w:t>a concern</w:t>
      </w:r>
      <w:proofErr w:type="gramEnd"/>
      <w:r>
        <w:t xml:space="preserve"> regarding the condition of the tarmac at Mill Hill. A photograph would be provided via the Council's WhatsApp group.</w:t>
      </w:r>
    </w:p>
    <w:p w14:paraId="15D57CC6" w14:textId="77777777" w:rsidR="00C03245" w:rsidRDefault="00000000">
      <w:r>
        <w:t>Action: Clerk to forward the photograph to PCC.</w:t>
      </w:r>
    </w:p>
    <w:p w14:paraId="3A208448" w14:textId="77777777" w:rsidR="00C03245" w:rsidRDefault="00000000">
      <w:r>
        <w:rPr>
          <w:b/>
          <w:color w:val="1F4E79"/>
          <w:sz w:val="25"/>
        </w:rPr>
        <w:t>11. Date of Next Meeting</w:t>
      </w:r>
    </w:p>
    <w:p w14:paraId="0C7F9B85" w14:textId="77777777" w:rsidR="00C03245" w:rsidRDefault="00000000">
      <w:r>
        <w:t>Members agreed that the next meeting would be held on Wednesday 14 October 2026 at 7:00pm.</w:t>
      </w:r>
    </w:p>
    <w:p w14:paraId="167DFD3C" w14:textId="77777777" w:rsidR="00C03245" w:rsidRDefault="00000000">
      <w:r>
        <w:rPr>
          <w:b/>
          <w:color w:val="1F4E79"/>
          <w:sz w:val="25"/>
        </w:rPr>
        <w:t>12. Closure</w:t>
      </w:r>
    </w:p>
    <w:p w14:paraId="7A6897F2" w14:textId="77777777" w:rsidR="00C03245" w:rsidRDefault="00000000">
      <w:r>
        <w:t xml:space="preserve">There being no further business, the meeting </w:t>
      </w:r>
      <w:proofErr w:type="gramStart"/>
      <w:r>
        <w:t>closed</w:t>
      </w:r>
      <w:proofErr w:type="gramEnd"/>
      <w:r>
        <w:t xml:space="preserve"> at 8:52pm.</w:t>
      </w:r>
    </w:p>
    <w:sectPr w:rsidR="00C03245"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3F1F" w14:textId="77777777" w:rsidR="00947866" w:rsidRDefault="00947866">
      <w:pPr>
        <w:spacing w:after="0" w:line="240" w:lineRule="auto"/>
      </w:pPr>
      <w:r>
        <w:separator/>
      </w:r>
    </w:p>
  </w:endnote>
  <w:endnote w:type="continuationSeparator" w:id="0">
    <w:p w14:paraId="33DEAE59" w14:textId="77777777" w:rsidR="00947866" w:rsidRDefault="00947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CBC6" w14:textId="77777777" w:rsidR="00FC2B8E" w:rsidRDefault="00FC2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6510" w14:textId="77777777" w:rsidR="00C03245" w:rsidRDefault="00000000">
    <w:pPr>
      <w:pStyle w:val="Footer"/>
      <w:jc w:val="center"/>
    </w:pPr>
    <w:r>
      <w:rPr>
        <w:i/>
        <w:sz w:val="16"/>
      </w:rPr>
      <w:t>DRAFT – For review and approval at the next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D7BA" w14:textId="77777777" w:rsidR="00FC2B8E" w:rsidRDefault="00FC2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151BF" w14:textId="77777777" w:rsidR="00947866" w:rsidRDefault="00947866">
      <w:pPr>
        <w:spacing w:after="0" w:line="240" w:lineRule="auto"/>
      </w:pPr>
      <w:r>
        <w:separator/>
      </w:r>
    </w:p>
  </w:footnote>
  <w:footnote w:type="continuationSeparator" w:id="0">
    <w:p w14:paraId="56D117FC" w14:textId="77777777" w:rsidR="00947866" w:rsidRDefault="00947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6196" w14:textId="77777777" w:rsidR="00FC2B8E" w:rsidRDefault="00FC2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081385"/>
      <w:docPartObj>
        <w:docPartGallery w:val="Watermarks"/>
        <w:docPartUnique/>
      </w:docPartObj>
    </w:sdtPr>
    <w:sdtContent>
      <w:p w14:paraId="11CAD90A" w14:textId="1E6267E9" w:rsidR="00FC2B8E" w:rsidRDefault="00FC2B8E">
        <w:pPr>
          <w:pStyle w:val="Header"/>
        </w:pPr>
        <w:r>
          <w:rPr>
            <w:noProof/>
          </w:rPr>
          <w:pict w14:anchorId="53C9D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F66F" w14:textId="77777777" w:rsidR="00FC2B8E" w:rsidRDefault="00FC2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9670177">
    <w:abstractNumId w:val="8"/>
  </w:num>
  <w:num w:numId="2" w16cid:durableId="1440031753">
    <w:abstractNumId w:val="6"/>
  </w:num>
  <w:num w:numId="3" w16cid:durableId="707140593">
    <w:abstractNumId w:val="5"/>
  </w:num>
  <w:num w:numId="4" w16cid:durableId="641933181">
    <w:abstractNumId w:val="4"/>
  </w:num>
  <w:num w:numId="5" w16cid:durableId="1453549112">
    <w:abstractNumId w:val="7"/>
  </w:num>
  <w:num w:numId="6" w16cid:durableId="1986277348">
    <w:abstractNumId w:val="3"/>
  </w:num>
  <w:num w:numId="7" w16cid:durableId="1599093631">
    <w:abstractNumId w:val="2"/>
  </w:num>
  <w:num w:numId="8" w16cid:durableId="1103888484">
    <w:abstractNumId w:val="1"/>
  </w:num>
  <w:num w:numId="9" w16cid:durableId="1321275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265B"/>
    <w:rsid w:val="0029639D"/>
    <w:rsid w:val="00326F90"/>
    <w:rsid w:val="003F78CE"/>
    <w:rsid w:val="004732C8"/>
    <w:rsid w:val="007E2AD5"/>
    <w:rsid w:val="00947866"/>
    <w:rsid w:val="009F66BB"/>
    <w:rsid w:val="00A61924"/>
    <w:rsid w:val="00AA1D8D"/>
    <w:rsid w:val="00B47730"/>
    <w:rsid w:val="00C03245"/>
    <w:rsid w:val="00CB0664"/>
    <w:rsid w:val="00F405B7"/>
    <w:rsid w:val="00FC2B8E"/>
    <w:rsid w:val="00FC693F"/>
    <w:rsid w:val="00FE3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DB55B4"/>
  <w14:defaultImageDpi w14:val="300"/>
  <w15:docId w15:val="{35E9DC89-312A-4304-959B-C7FA416B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1676</Words>
  <Characters>9555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Paul Jones (Student)</cp:lastModifiedBy>
  <cp:revision>7</cp:revision>
  <dcterms:created xsi:type="dcterms:W3CDTF">2013-12-23T23:15:00Z</dcterms:created>
  <dcterms:modified xsi:type="dcterms:W3CDTF">2026-09-14T09:31:00Z</dcterms:modified>
  <cp:category/>
</cp:coreProperties>
</file>