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0072" w14:textId="77777777" w:rsidR="002172A4" w:rsidRPr="00DF05CF" w:rsidRDefault="00000000" w:rsidP="00C82200">
      <w:pPr>
        <w:pStyle w:val="Heading1"/>
        <w:jc w:val="center"/>
      </w:pPr>
      <w:r w:rsidRPr="00DF05CF">
        <w:t>SPITTAL COMMUNITY COUNCIL</w:t>
      </w:r>
    </w:p>
    <w:p w14:paraId="52AFF6F8" w14:textId="754BD6F3" w:rsidR="002172A4" w:rsidRPr="00DF05CF" w:rsidRDefault="00000000" w:rsidP="00C82200">
      <w:pPr>
        <w:jc w:val="center"/>
      </w:pPr>
      <w:r w:rsidRPr="00DF05CF">
        <w:t>Annual General Meeting and Ordinary Meeting</w:t>
      </w:r>
      <w:r w:rsidRPr="00DF05CF">
        <w:br/>
        <w:t>Tuesday 21 July 2026</w:t>
      </w:r>
      <w:r w:rsidR="00C82200" w:rsidRPr="00DF05CF">
        <w:t xml:space="preserve"> 6:</w:t>
      </w:r>
      <w:r w:rsidR="004B5ABD">
        <w:t>3</w:t>
      </w:r>
      <w:r w:rsidR="00C82200" w:rsidRPr="00DF05CF">
        <w:t>0pm</w:t>
      </w:r>
      <w:r w:rsidRPr="00DF05CF">
        <w:br/>
      </w:r>
    </w:p>
    <w:p w14:paraId="43A274F7" w14:textId="77777777" w:rsidR="002172A4" w:rsidRPr="00DF05CF" w:rsidRDefault="00000000">
      <w:pPr>
        <w:pStyle w:val="Heading2"/>
      </w:pPr>
      <w:r w:rsidRPr="00DF05CF">
        <w:t>Annual General Meeting</w:t>
      </w:r>
    </w:p>
    <w:p w14:paraId="4A6DFEA6" w14:textId="77777777" w:rsidR="002172A4" w:rsidRPr="00DF05CF" w:rsidRDefault="00000000">
      <w:pPr>
        <w:pStyle w:val="Heading3"/>
      </w:pPr>
      <w:r w:rsidRPr="00DF05CF">
        <w:t>Present</w:t>
      </w:r>
    </w:p>
    <w:p w14:paraId="78CEF4C0" w14:textId="77777777" w:rsidR="002172A4" w:rsidRPr="00DF05CF" w:rsidRDefault="00000000">
      <w:r w:rsidRPr="00DF05CF">
        <w:t>Cllr Edith Whitby (Chair), Cllr Wendy Oriel, Cllr Jonathan Whitby, Cllr James Gwilt and Cllr Adam Constable.</w:t>
      </w:r>
    </w:p>
    <w:p w14:paraId="369070C6" w14:textId="77777777" w:rsidR="00C73E8E" w:rsidRPr="00DF05CF" w:rsidRDefault="00000000">
      <w:pPr>
        <w:pStyle w:val="Heading3"/>
      </w:pPr>
      <w:r w:rsidRPr="00DF05CF">
        <w:t>In Attendance</w:t>
      </w:r>
    </w:p>
    <w:p w14:paraId="5E431BB1" w14:textId="64F2C613" w:rsidR="00C73E8E" w:rsidRPr="00DF05CF" w:rsidRDefault="00000000">
      <w:r w:rsidRPr="00DF05CF">
        <w:t>Daniel Jones (Clerk)</w:t>
      </w:r>
      <w:r w:rsidRPr="00DF05CF">
        <w:br/>
        <w:t xml:space="preserve">County </w:t>
      </w:r>
      <w:proofErr w:type="spellStart"/>
      <w:r w:rsidRPr="00DF05CF">
        <w:t>Councillor</w:t>
      </w:r>
      <w:proofErr w:type="spellEnd"/>
      <w:r w:rsidRPr="00DF05CF">
        <w:t xml:space="preserve"> Steve Yelland</w:t>
      </w:r>
    </w:p>
    <w:p w14:paraId="4F8A453E" w14:textId="77777777" w:rsidR="002172A4" w:rsidRPr="00DF05CF" w:rsidRDefault="00000000">
      <w:pPr>
        <w:pStyle w:val="Heading3"/>
      </w:pPr>
      <w:r w:rsidRPr="00DF05CF">
        <w:t>Apologies for Absence</w:t>
      </w:r>
    </w:p>
    <w:p w14:paraId="068F439A" w14:textId="77777777" w:rsidR="002172A4" w:rsidRPr="00DF05CF" w:rsidRDefault="00000000">
      <w:r w:rsidRPr="00DF05CF">
        <w:t>Apologies were received from Rev David Rees. Cllr Edith Whitby advised Members that Rev David Rees was unwell and would formally advise the Community Council regarding his position.</w:t>
      </w:r>
    </w:p>
    <w:p w14:paraId="412129E3" w14:textId="77777777" w:rsidR="002172A4" w:rsidRPr="00DF05CF" w:rsidRDefault="00000000">
      <w:pPr>
        <w:pStyle w:val="Heading3"/>
      </w:pPr>
      <w:r w:rsidRPr="00DF05CF">
        <w:t>Declarations of Interest</w:t>
      </w:r>
    </w:p>
    <w:p w14:paraId="3050B31F" w14:textId="77777777" w:rsidR="002172A4" w:rsidRPr="00DF05CF" w:rsidRDefault="00000000">
      <w:r w:rsidRPr="00DF05CF">
        <w:t>None.</w:t>
      </w:r>
    </w:p>
    <w:p w14:paraId="22F474F2" w14:textId="77777777" w:rsidR="002172A4" w:rsidRPr="00DF05CF" w:rsidRDefault="00000000">
      <w:pPr>
        <w:pStyle w:val="Heading3"/>
      </w:pPr>
      <w:r w:rsidRPr="00DF05CF">
        <w:t>Annual Report</w:t>
      </w:r>
    </w:p>
    <w:p w14:paraId="173722BC" w14:textId="77777777" w:rsidR="002172A4" w:rsidRPr="00DF05CF" w:rsidRDefault="00000000">
      <w:r w:rsidRPr="00DF05CF">
        <w:t xml:space="preserve">The Annual Report </w:t>
      </w:r>
      <w:proofErr w:type="gramStart"/>
      <w:r w:rsidRPr="00DF05CF">
        <w:t>had</w:t>
      </w:r>
      <w:proofErr w:type="gramEnd"/>
      <w:r w:rsidRPr="00DF05CF">
        <w:t xml:space="preserve"> been prepared. As no members of the public were present, the report was noted but was not presented.</w:t>
      </w:r>
    </w:p>
    <w:p w14:paraId="393C5054" w14:textId="77777777" w:rsidR="002172A4" w:rsidRPr="00DF05CF" w:rsidRDefault="00000000">
      <w:r w:rsidRPr="00DF05CF">
        <w:t>The AGM concluded at 6.46pm.</w:t>
      </w:r>
    </w:p>
    <w:p w14:paraId="0F2C92D2" w14:textId="04948E4F" w:rsidR="00F93493" w:rsidRPr="00DF05CF" w:rsidRDefault="00000000" w:rsidP="00F93493">
      <w:pPr>
        <w:pStyle w:val="Heading2"/>
      </w:pPr>
      <w:r w:rsidRPr="00DF05CF">
        <w:t>Ordinary Meeting</w:t>
      </w:r>
    </w:p>
    <w:p w14:paraId="602757AA" w14:textId="77777777" w:rsidR="00F93493" w:rsidRPr="00DF05CF" w:rsidRDefault="00F93493" w:rsidP="00F93493">
      <w:pPr>
        <w:pStyle w:val="Heading3"/>
      </w:pPr>
      <w:r w:rsidRPr="00DF05CF">
        <w:t>Present</w:t>
      </w:r>
    </w:p>
    <w:p w14:paraId="4691BDB3" w14:textId="248B06E7" w:rsidR="00F93493" w:rsidRPr="00DF05CF" w:rsidRDefault="00F93493" w:rsidP="00F93493">
      <w:r w:rsidRPr="00DF05CF">
        <w:t>Cllr Edith Whitby (Chair), Cllr Wendy Oriel, Cllr Jonathan Whitby, Cllr James Gwilt and Cllr Adam Constable.</w:t>
      </w:r>
    </w:p>
    <w:p w14:paraId="5E49986C" w14:textId="77777777" w:rsidR="00C73E8E" w:rsidRPr="00DF05CF" w:rsidRDefault="00000000">
      <w:pPr>
        <w:pStyle w:val="Heading3"/>
      </w:pPr>
      <w:r w:rsidRPr="00DF05CF">
        <w:t>In Attendance</w:t>
      </w:r>
    </w:p>
    <w:p w14:paraId="48695980" w14:textId="77777777" w:rsidR="00C73E8E" w:rsidRPr="00DF05CF" w:rsidRDefault="00000000">
      <w:r w:rsidRPr="00DF05CF">
        <w:t>Daniel Jones (Clerk)</w:t>
      </w:r>
      <w:r w:rsidRPr="00DF05CF">
        <w:br/>
        <w:t xml:space="preserve">County </w:t>
      </w:r>
      <w:proofErr w:type="spellStart"/>
      <w:r w:rsidRPr="00DF05CF">
        <w:t>Councillor</w:t>
      </w:r>
      <w:proofErr w:type="spellEnd"/>
      <w:r w:rsidRPr="00DF05CF">
        <w:t xml:space="preserve"> Steve Yelland.</w:t>
      </w:r>
    </w:p>
    <w:p w14:paraId="0C9B5D6B" w14:textId="77777777" w:rsidR="002172A4" w:rsidRPr="00DF05CF" w:rsidRDefault="00000000">
      <w:pPr>
        <w:pStyle w:val="Heading3"/>
      </w:pPr>
      <w:r w:rsidRPr="00DF05CF">
        <w:t>1. Apologies for Absence</w:t>
      </w:r>
    </w:p>
    <w:p w14:paraId="3F5B8426" w14:textId="77777777" w:rsidR="002172A4" w:rsidRPr="00DF05CF" w:rsidRDefault="00000000">
      <w:r w:rsidRPr="00DF05CF">
        <w:t>As recorded at the Annual General Meeting.</w:t>
      </w:r>
    </w:p>
    <w:p w14:paraId="34E97B13" w14:textId="77777777" w:rsidR="002172A4" w:rsidRPr="00DF05CF" w:rsidRDefault="00000000">
      <w:pPr>
        <w:pStyle w:val="Heading3"/>
      </w:pPr>
      <w:r w:rsidRPr="00DF05CF">
        <w:t>2. Declarations of Interest</w:t>
      </w:r>
    </w:p>
    <w:p w14:paraId="7C235680" w14:textId="77777777" w:rsidR="002172A4" w:rsidRPr="00DF05CF" w:rsidRDefault="00000000">
      <w:r w:rsidRPr="00DF05CF">
        <w:t>None declared.</w:t>
      </w:r>
    </w:p>
    <w:p w14:paraId="72BA5B17" w14:textId="77777777" w:rsidR="002172A4" w:rsidRPr="00DF05CF" w:rsidRDefault="00000000">
      <w:pPr>
        <w:pStyle w:val="Heading3"/>
      </w:pPr>
      <w:r w:rsidRPr="00DF05CF">
        <w:lastRenderedPageBreak/>
        <w:t xml:space="preserve">3. </w:t>
      </w:r>
      <w:proofErr w:type="gramStart"/>
      <w:r w:rsidRPr="00DF05CF">
        <w:t>Election of Chair</w:t>
      </w:r>
      <w:proofErr w:type="gramEnd"/>
    </w:p>
    <w:p w14:paraId="72458574" w14:textId="77777777" w:rsidR="002172A4" w:rsidRPr="00DF05CF" w:rsidRDefault="00000000">
      <w:r w:rsidRPr="00DF05CF">
        <w:t>Cllr Wendy Oriel was the sole nomination for Chair. Proposed by Cllr Edith Whitby and seconded by Cllr James Gwilt. Cllr Oriel accepted the appointment and took the Chair for the remainder of the meeting.</w:t>
      </w:r>
    </w:p>
    <w:p w14:paraId="701D95F8" w14:textId="77777777" w:rsidR="002172A4" w:rsidRPr="00DF05CF" w:rsidRDefault="00000000">
      <w:pPr>
        <w:pStyle w:val="Heading3"/>
      </w:pPr>
      <w:r w:rsidRPr="00DF05CF">
        <w:t xml:space="preserve">4. Election </w:t>
      </w:r>
      <w:proofErr w:type="gramStart"/>
      <w:r w:rsidRPr="00DF05CF">
        <w:t>of</w:t>
      </w:r>
      <w:proofErr w:type="gramEnd"/>
      <w:r w:rsidRPr="00DF05CF">
        <w:t xml:space="preserve"> Vice-Chair</w:t>
      </w:r>
    </w:p>
    <w:p w14:paraId="3A0F3B69" w14:textId="77777777" w:rsidR="002172A4" w:rsidRPr="00DF05CF" w:rsidRDefault="00000000">
      <w:r w:rsidRPr="00DF05CF">
        <w:t>Cllr Jonathan Whitby was the sole nomination for Vice-Chair. Proposed by Cllr Adam Constable and seconded by Cllr Wendy Oriel. Cllr Whitby accepted the appointment.</w:t>
      </w:r>
    </w:p>
    <w:p w14:paraId="75670FC5" w14:textId="77777777" w:rsidR="002172A4" w:rsidRPr="00DF05CF" w:rsidRDefault="00000000">
      <w:pPr>
        <w:pStyle w:val="Heading3"/>
      </w:pPr>
      <w:r w:rsidRPr="00DF05CF">
        <w:t>5. Approval of Previous Minutes</w:t>
      </w:r>
    </w:p>
    <w:p w14:paraId="0DD4F699" w14:textId="77777777" w:rsidR="002172A4" w:rsidRPr="00DF05CF" w:rsidRDefault="00000000">
      <w:r w:rsidRPr="00DF05CF">
        <w:t xml:space="preserve">The minutes of the Ordinary Meeting held on 3 June </w:t>
      </w:r>
      <w:proofErr w:type="gramStart"/>
      <w:r w:rsidRPr="00DF05CF">
        <w:t>2026</w:t>
      </w:r>
      <w:proofErr w:type="gramEnd"/>
      <w:r w:rsidRPr="00DF05CF">
        <w:t xml:space="preserve"> and the Extraordinary Meeting held on 30 June 2026 were approved without amendment and signed by the Chair.</w:t>
      </w:r>
    </w:p>
    <w:p w14:paraId="55CD0EDD" w14:textId="36C008E1" w:rsidR="00B50A3A" w:rsidRPr="00B50A3A" w:rsidRDefault="00000000" w:rsidP="00B50A3A">
      <w:pPr>
        <w:pStyle w:val="Heading3"/>
        <w:spacing w:line="360" w:lineRule="auto"/>
      </w:pPr>
      <w:r w:rsidRPr="00DF05CF">
        <w:t>6. Matters Arising</w:t>
      </w:r>
    </w:p>
    <w:p w14:paraId="19356473" w14:textId="3C220368" w:rsidR="00F93493" w:rsidRPr="00B50A3A" w:rsidRDefault="00B50A3A" w:rsidP="00F93493">
      <w:pPr>
        <w:rPr>
          <w:b/>
          <w:bCs/>
          <w:color w:val="4F81BD" w:themeColor="accent1"/>
        </w:rPr>
      </w:pPr>
      <w:r w:rsidRPr="00B50A3A">
        <w:rPr>
          <w:rStyle w:val="Strong"/>
          <w:color w:val="4F81BD" w:themeColor="accent1"/>
        </w:rPr>
        <w:t xml:space="preserve">6.1 </w:t>
      </w:r>
      <w:r w:rsidR="00F93493" w:rsidRPr="00B50A3A">
        <w:rPr>
          <w:rStyle w:val="Strong"/>
          <w:color w:val="4F81BD" w:themeColor="accent1"/>
        </w:rPr>
        <w:t>Meeting Dates</w:t>
      </w:r>
      <w:r>
        <w:rPr>
          <w:rStyle w:val="Strong"/>
          <w:color w:val="4F81BD" w:themeColor="accent1"/>
        </w:rPr>
        <w:t xml:space="preserve">: </w:t>
      </w:r>
      <w:r w:rsidR="00F93493" w:rsidRPr="00DF05CF">
        <w:t xml:space="preserve">Members discussed the timing of future Community Council meetings and agreed that, from September 2026 onwards, meetings would normally be held on the </w:t>
      </w:r>
      <w:r w:rsidR="00F93493" w:rsidRPr="00DF05CF">
        <w:rPr>
          <w:rStyle w:val="Strong"/>
        </w:rPr>
        <w:t xml:space="preserve">second </w:t>
      </w:r>
      <w:r w:rsidR="00F93493" w:rsidRPr="00DF05CF">
        <w:rPr>
          <w:rStyle w:val="Strong"/>
          <w:b w:val="0"/>
          <w:bCs w:val="0"/>
        </w:rPr>
        <w:t>Wednesday of each month</w:t>
      </w:r>
      <w:r w:rsidR="00F93493" w:rsidRPr="00DF05CF">
        <w:t>. The Clerk was requested to amend the meeting schedule accordingly.</w:t>
      </w:r>
    </w:p>
    <w:p w14:paraId="688296FB" w14:textId="2C044D9B" w:rsidR="00596F17" w:rsidRPr="00B50A3A" w:rsidRDefault="00B50A3A" w:rsidP="00F93493">
      <w:pPr>
        <w:rPr>
          <w:b/>
          <w:bCs/>
          <w:color w:val="4F81BD" w:themeColor="accent1"/>
        </w:rPr>
      </w:pPr>
      <w:r w:rsidRPr="00B50A3A">
        <w:rPr>
          <w:b/>
          <w:bCs/>
          <w:color w:val="4F81BD" w:themeColor="accent1"/>
        </w:rPr>
        <w:t xml:space="preserve">6.2 </w:t>
      </w:r>
      <w:r w:rsidR="00596F17" w:rsidRPr="00B50A3A">
        <w:rPr>
          <w:b/>
          <w:bCs/>
          <w:color w:val="4F81BD" w:themeColor="accent1"/>
        </w:rPr>
        <w:t>Playground Inspection Report</w:t>
      </w:r>
      <w:r>
        <w:rPr>
          <w:b/>
          <w:bCs/>
          <w:color w:val="4F81BD" w:themeColor="accent1"/>
        </w:rPr>
        <w:t xml:space="preserve">: </w:t>
      </w:r>
      <w:r w:rsidR="00596F17" w:rsidRPr="00DF05CF">
        <w:t xml:space="preserve">County </w:t>
      </w:r>
      <w:proofErr w:type="spellStart"/>
      <w:r w:rsidR="00596F17" w:rsidRPr="00DF05CF">
        <w:t>Councillor</w:t>
      </w:r>
      <w:proofErr w:type="spellEnd"/>
      <w:r w:rsidR="00596F17" w:rsidRPr="00DF05CF">
        <w:t xml:space="preserve"> Steve Yelland advised Members that Pembrokeshire County Council had forwarded the recent playground inspection report to Spittal Community Council as they believed responsibility for the playground rested with the Community Council. County </w:t>
      </w:r>
      <w:proofErr w:type="spellStart"/>
      <w:r w:rsidR="00596F17" w:rsidRPr="00DF05CF">
        <w:t>Councillor</w:t>
      </w:r>
      <w:proofErr w:type="spellEnd"/>
      <w:r w:rsidR="00596F17" w:rsidRPr="00DF05CF">
        <w:t xml:space="preserve"> Yelland confirmed that he had since queried this with Pembrokeshire County Council, as it was the understanding of Spittal Community Council that responsibility remained with the County Council. Members noted that a response was awaited to clarify ownership and maintenance responsibility.</w:t>
      </w:r>
    </w:p>
    <w:p w14:paraId="4940D901" w14:textId="44953AF9" w:rsidR="00DF05CF" w:rsidRPr="00DF05CF" w:rsidRDefault="00B50A3A" w:rsidP="00DF05CF">
      <w:pPr>
        <w:pStyle w:val="Heading3"/>
        <w:rPr>
          <w:rFonts w:ascii="Calibri" w:eastAsiaTheme="minorEastAsia" w:hAnsi="Calibri" w:cstheme="minorBidi"/>
          <w:b w:val="0"/>
          <w:bCs w:val="0"/>
          <w:color w:val="auto"/>
        </w:rPr>
      </w:pPr>
      <w:r w:rsidRPr="00B50A3A">
        <w:rPr>
          <w:rFonts w:ascii="Calibri" w:eastAsiaTheme="minorEastAsia" w:hAnsi="Calibri" w:cstheme="minorBidi"/>
        </w:rPr>
        <w:t xml:space="preserve">6.3 </w:t>
      </w:r>
      <w:r w:rsidR="005B6920" w:rsidRPr="00B50A3A">
        <w:rPr>
          <w:rFonts w:ascii="Calibri" w:eastAsiaTheme="minorEastAsia" w:hAnsi="Calibri" w:cstheme="minorBidi"/>
        </w:rPr>
        <w:t>Jenks Art</w:t>
      </w:r>
      <w:r>
        <w:rPr>
          <w:rFonts w:ascii="Calibri" w:eastAsiaTheme="minorEastAsia" w:hAnsi="Calibri" w:cstheme="minorBidi"/>
        </w:rPr>
        <w:t>:</w:t>
      </w:r>
      <w:r w:rsidR="005B6920" w:rsidRPr="00B50A3A">
        <w:rPr>
          <w:rFonts w:ascii="Calibri" w:eastAsiaTheme="minorEastAsia" w:hAnsi="Calibri" w:cstheme="minorBidi"/>
          <w:b w:val="0"/>
          <w:bCs w:val="0"/>
        </w:rPr>
        <w:t xml:space="preserve"> </w:t>
      </w:r>
      <w:r w:rsidR="00DF05CF" w:rsidRPr="00DF05CF">
        <w:rPr>
          <w:rFonts w:ascii="Calibri" w:eastAsiaTheme="minorEastAsia" w:hAnsi="Calibri" w:cstheme="minorBidi"/>
          <w:b w:val="0"/>
          <w:bCs w:val="0"/>
          <w:color w:val="auto"/>
        </w:rPr>
        <w:t xml:space="preserve">Members confirmed that the Clerk should contact Jenks Art to establish availability. If availability was during the summer holidays, Members agreed that Jenks Art should be instructed to produce artwork inspired by Spittal. If availability </w:t>
      </w:r>
      <w:proofErr w:type="gramStart"/>
      <w:r w:rsidR="00DF05CF" w:rsidRPr="00DF05CF">
        <w:rPr>
          <w:rFonts w:ascii="Calibri" w:eastAsiaTheme="minorEastAsia" w:hAnsi="Calibri" w:cstheme="minorBidi"/>
          <w:b w:val="0"/>
          <w:bCs w:val="0"/>
          <w:color w:val="auto"/>
        </w:rPr>
        <w:t>fell</w:t>
      </w:r>
      <w:proofErr w:type="gramEnd"/>
      <w:r w:rsidR="00DF05CF" w:rsidRPr="00DF05CF">
        <w:rPr>
          <w:rFonts w:ascii="Calibri" w:eastAsiaTheme="minorEastAsia" w:hAnsi="Calibri" w:cstheme="minorBidi"/>
          <w:b w:val="0"/>
          <w:bCs w:val="0"/>
          <w:color w:val="auto"/>
        </w:rPr>
        <w:t xml:space="preserve"> during the next school term, the Clerk should continue discussions with Spittal School regarding the project.</w:t>
      </w:r>
    </w:p>
    <w:p w14:paraId="22961113" w14:textId="13845596" w:rsidR="00DF05CF" w:rsidRPr="00DF05CF" w:rsidRDefault="00B50A3A" w:rsidP="00DF05CF">
      <w:pPr>
        <w:pStyle w:val="Heading3"/>
        <w:rPr>
          <w:rFonts w:ascii="Calibri" w:eastAsiaTheme="minorEastAsia" w:hAnsi="Calibri" w:cstheme="minorBidi"/>
          <w:b w:val="0"/>
          <w:bCs w:val="0"/>
          <w:color w:val="auto"/>
        </w:rPr>
      </w:pPr>
      <w:r w:rsidRPr="00B50A3A">
        <w:t xml:space="preserve">6.4 </w:t>
      </w:r>
      <w:r w:rsidR="005B6920" w:rsidRPr="00B50A3A">
        <w:t>Christmas Community Lunch</w:t>
      </w:r>
      <w:r>
        <w:t>:</w:t>
      </w:r>
      <w:r w:rsidR="005B6920" w:rsidRPr="00B50A3A">
        <w:rPr>
          <w:b w:val="0"/>
          <w:bCs w:val="0"/>
        </w:rPr>
        <w:t xml:space="preserve"> </w:t>
      </w:r>
      <w:r w:rsidR="005B6920" w:rsidRPr="005B6920">
        <w:rPr>
          <w:b w:val="0"/>
          <w:bCs w:val="0"/>
          <w:color w:val="auto"/>
        </w:rPr>
        <w:t>Members agreed that the Community Lunch would be held in December</w:t>
      </w:r>
      <w:r w:rsidR="005B6920">
        <w:rPr>
          <w:b w:val="0"/>
          <w:bCs w:val="0"/>
          <w:color w:val="auto"/>
        </w:rPr>
        <w:t xml:space="preserve"> as a Christmas event</w:t>
      </w:r>
      <w:r w:rsidR="005B6920" w:rsidRPr="005B6920">
        <w:rPr>
          <w:b w:val="0"/>
          <w:bCs w:val="0"/>
          <w:color w:val="auto"/>
        </w:rPr>
        <w:t xml:space="preserve">, with the exact date to be confirmed. The £500 grant would be used </w:t>
      </w:r>
      <w:proofErr w:type="gramStart"/>
      <w:r w:rsidR="005B6920" w:rsidRPr="005B6920">
        <w:rPr>
          <w:b w:val="0"/>
          <w:bCs w:val="0"/>
          <w:color w:val="auto"/>
        </w:rPr>
        <w:t>towards</w:t>
      </w:r>
      <w:proofErr w:type="gramEnd"/>
      <w:r w:rsidR="005B6920" w:rsidRPr="005B6920">
        <w:rPr>
          <w:b w:val="0"/>
          <w:bCs w:val="0"/>
          <w:color w:val="auto"/>
        </w:rPr>
        <w:t xml:space="preserve"> food, refreshments, carol singing and hall hire. Members confirmed that Spittal Community Council would provide additional funding if required. Cllr Edith Whitby agreed to obtain a quotation for the catering and report back to the Community Council.</w:t>
      </w:r>
    </w:p>
    <w:p w14:paraId="40F6BD59" w14:textId="568198AF" w:rsidR="002172A4" w:rsidRPr="00DF05CF" w:rsidRDefault="00000000">
      <w:pPr>
        <w:pStyle w:val="Heading3"/>
      </w:pPr>
      <w:r w:rsidRPr="00DF05CF">
        <w:t>7. Finance</w:t>
      </w:r>
    </w:p>
    <w:p w14:paraId="54CAE53C" w14:textId="100407C0" w:rsidR="002172A4" w:rsidRPr="00DF05CF" w:rsidRDefault="00000000">
      <w:r w:rsidRPr="00DF05CF">
        <w:t>The Clerk presented the payment schedule and supporting financial documentation for Members' consideration. Following review, Members resolved to approve all payments contained within the schedule.</w:t>
      </w:r>
      <w:r w:rsidRPr="00DF05CF">
        <w:br/>
      </w:r>
      <w:r w:rsidRPr="00DF05CF">
        <w:br/>
        <w:t xml:space="preserve">Members approved reimbursement to the Clerk in the sum of £113.70, comprising mileage and </w:t>
      </w:r>
      <w:r w:rsidRPr="00DF05CF">
        <w:lastRenderedPageBreak/>
        <w:t>Land Registry expenses incurred on behalf of the Community Council.</w:t>
      </w:r>
      <w:r w:rsidRPr="00DF05CF">
        <w:br/>
      </w:r>
      <w:r w:rsidRPr="00DF05CF">
        <w:br/>
        <w:t xml:space="preserve">Members also approved a payment of £75.00 to Ben Morris in respect of the Council's internal accounts review. In addition, Members approved renewal of the Community Council's insurance policy at a cost of £385.78, </w:t>
      </w:r>
      <w:proofErr w:type="spellStart"/>
      <w:r w:rsidRPr="00DF05CF">
        <w:t>authorising</w:t>
      </w:r>
      <w:proofErr w:type="spellEnd"/>
      <w:r w:rsidRPr="00DF05CF">
        <w:t xml:space="preserve"> the Clerk to arrange payment during the week.</w:t>
      </w:r>
      <w:r w:rsidRPr="00DF05CF">
        <w:br/>
      </w:r>
      <w:r w:rsidRPr="00DF05CF">
        <w:br/>
        <w:t>The AGAR documentation was then considered and signed where required in readiness for submission.</w:t>
      </w:r>
      <w:r w:rsidR="00DF05CF" w:rsidRPr="00DF05CF">
        <w:t xml:space="preserve"> The Clerk was </w:t>
      </w:r>
      <w:proofErr w:type="spellStart"/>
      <w:r w:rsidR="00DF05CF" w:rsidRPr="00DF05CF">
        <w:t>authorised</w:t>
      </w:r>
      <w:proofErr w:type="spellEnd"/>
      <w:r w:rsidR="00DF05CF" w:rsidRPr="00DF05CF">
        <w:t xml:space="preserve"> to submit the completed AGAR documentation.</w:t>
      </w:r>
    </w:p>
    <w:p w14:paraId="06C909D7" w14:textId="77777777" w:rsidR="002172A4" w:rsidRPr="00DF05CF" w:rsidRDefault="00000000">
      <w:pPr>
        <w:pStyle w:val="Heading3"/>
      </w:pPr>
      <w:r w:rsidRPr="00DF05CF">
        <w:t>8. Planning</w:t>
      </w:r>
    </w:p>
    <w:p w14:paraId="698B24D1" w14:textId="77777777" w:rsidR="002172A4" w:rsidRPr="00DF05CF" w:rsidRDefault="00000000">
      <w:r w:rsidRPr="00DF05CF">
        <w:t>There were no planning applications for consideration.</w:t>
      </w:r>
    </w:p>
    <w:p w14:paraId="1A104A1C" w14:textId="77777777" w:rsidR="002172A4" w:rsidRPr="00DF05CF" w:rsidRDefault="00000000">
      <w:pPr>
        <w:pStyle w:val="Heading3"/>
      </w:pPr>
      <w:r w:rsidRPr="00DF05CF">
        <w:t>9. Correspondence</w:t>
      </w:r>
    </w:p>
    <w:p w14:paraId="7DF7C206" w14:textId="77777777" w:rsidR="002172A4" w:rsidRPr="00DF05CF" w:rsidRDefault="00000000">
      <w:r w:rsidRPr="00DF05CF">
        <w:t>Members noted the invitation to the National Eisteddfod together with confirmation of the £500 community grant award.</w:t>
      </w:r>
    </w:p>
    <w:p w14:paraId="24DB66AE" w14:textId="77777777" w:rsidR="002172A4" w:rsidRPr="00DF05CF" w:rsidRDefault="00000000">
      <w:pPr>
        <w:pStyle w:val="Heading3"/>
      </w:pPr>
      <w:r w:rsidRPr="00DF05CF">
        <w:t>10. Community Matters</w:t>
      </w:r>
    </w:p>
    <w:p w14:paraId="0FFED67D" w14:textId="77777777" w:rsidR="002172A4" w:rsidRPr="00DF05CF" w:rsidRDefault="00000000">
      <w:r w:rsidRPr="00DF05CF">
        <w:t xml:space="preserve">The Clerk presented the Land Registry report together with the Statement of Truth relating to the Meadow View land. Members reviewed the documentation in detail and agreed that the matter should remain under consideration before any further action was </w:t>
      </w:r>
      <w:proofErr w:type="gramStart"/>
      <w:r w:rsidRPr="00DF05CF">
        <w:t>determined</w:t>
      </w:r>
      <w:proofErr w:type="gramEnd"/>
      <w:r w:rsidRPr="00DF05CF">
        <w:t>.</w:t>
      </w:r>
    </w:p>
    <w:p w14:paraId="3E773282" w14:textId="77777777" w:rsidR="002172A4" w:rsidRPr="00DF05CF" w:rsidRDefault="00000000">
      <w:pPr>
        <w:pStyle w:val="Heading3"/>
      </w:pPr>
      <w:r w:rsidRPr="00DF05CF">
        <w:t>11. Clerk's Report</w:t>
      </w:r>
    </w:p>
    <w:p w14:paraId="7DD9686F" w14:textId="77777777" w:rsidR="002172A4" w:rsidRPr="00DF05CF" w:rsidRDefault="00000000">
      <w:r w:rsidRPr="00DF05CF">
        <w:t>The Clerk advised that operational updates had already been covered under Matters Arising. Members noted that this agenda item had been included as a possible replacement for Matters Arising in future meetings.</w:t>
      </w:r>
    </w:p>
    <w:p w14:paraId="188867E8" w14:textId="77777777" w:rsidR="002172A4" w:rsidRPr="00DF05CF" w:rsidRDefault="00000000">
      <w:pPr>
        <w:pStyle w:val="Heading3"/>
      </w:pPr>
      <w:r w:rsidRPr="00DF05CF">
        <w:t>12. Any Other Business</w:t>
      </w:r>
    </w:p>
    <w:p w14:paraId="4406F33E" w14:textId="77777777" w:rsidR="002172A4" w:rsidRPr="00DF05CF" w:rsidRDefault="00000000">
      <w:pPr>
        <w:pStyle w:val="Heading4"/>
        <w:rPr>
          <w:i w:val="0"/>
          <w:iCs w:val="0"/>
        </w:rPr>
      </w:pPr>
      <w:r w:rsidRPr="00DF05CF">
        <w:rPr>
          <w:i w:val="0"/>
          <w:iCs w:val="0"/>
        </w:rPr>
        <w:t>12.1 Golden Hill Speed Signs</w:t>
      </w:r>
    </w:p>
    <w:p w14:paraId="59AE61B2" w14:textId="77777777" w:rsidR="002172A4" w:rsidRPr="00DF05CF" w:rsidRDefault="00000000">
      <w:r w:rsidRPr="00DF05CF">
        <w:t>Members commented that the speed signs at Golden Hill required cleaning and agreed that the Clerk should contact Pembrokeshire County Council requesting that they be cleaned.</w:t>
      </w:r>
    </w:p>
    <w:p w14:paraId="11E6D125" w14:textId="77777777" w:rsidR="002172A4" w:rsidRPr="00DF05CF" w:rsidRDefault="00000000" w:rsidP="00024D80">
      <w:pPr>
        <w:pStyle w:val="Heading4"/>
        <w:spacing w:line="240" w:lineRule="auto"/>
        <w:rPr>
          <w:i w:val="0"/>
          <w:iCs w:val="0"/>
        </w:rPr>
      </w:pPr>
      <w:r w:rsidRPr="00DF05CF">
        <w:rPr>
          <w:i w:val="0"/>
          <w:iCs w:val="0"/>
        </w:rPr>
        <w:lastRenderedPageBreak/>
        <w:t>12.2 Blocked Drains</w:t>
      </w:r>
    </w:p>
    <w:p w14:paraId="31C7018E" w14:textId="77777777" w:rsidR="00024D80" w:rsidRDefault="00DF05CF" w:rsidP="00024D80">
      <w:pPr>
        <w:pStyle w:val="Heading4"/>
        <w:spacing w:line="240" w:lineRule="auto"/>
        <w:rPr>
          <w:b w:val="0"/>
          <w:bCs w:val="0"/>
          <w:i w:val="0"/>
          <w:iCs w:val="0"/>
          <w:color w:val="auto"/>
        </w:rPr>
      </w:pPr>
      <w:r w:rsidRPr="00DF05CF">
        <w:rPr>
          <w:b w:val="0"/>
          <w:bCs w:val="0"/>
          <w:i w:val="0"/>
          <w:iCs w:val="0"/>
          <w:color w:val="auto"/>
        </w:rPr>
        <w:t>Members highlighted blocked drains at Mill Hill and requested that the Clerk report the matter to Pembrokeshire County Council for inspection and clearance.</w:t>
      </w:r>
    </w:p>
    <w:p w14:paraId="0AA89243" w14:textId="1C20CF8C" w:rsidR="002172A4" w:rsidRPr="00024D80" w:rsidRDefault="00000000" w:rsidP="00024D80">
      <w:pPr>
        <w:pStyle w:val="Heading4"/>
        <w:spacing w:line="240" w:lineRule="auto"/>
        <w:rPr>
          <w:i w:val="0"/>
          <w:iCs w:val="0"/>
        </w:rPr>
      </w:pPr>
      <w:r w:rsidRPr="00024D80">
        <w:rPr>
          <w:i w:val="0"/>
          <w:iCs w:val="0"/>
        </w:rPr>
        <w:t>12.3 Public Footpaths and Grass Cutting</w:t>
      </w:r>
    </w:p>
    <w:p w14:paraId="554B320E" w14:textId="788EDF7E" w:rsidR="00596F17" w:rsidRPr="00DF05CF" w:rsidRDefault="00596F17">
      <w:pPr>
        <w:pStyle w:val="Heading4"/>
        <w:rPr>
          <w:rFonts w:ascii="Calibri" w:eastAsiaTheme="minorEastAsia" w:hAnsi="Calibri" w:cstheme="minorBidi"/>
          <w:b w:val="0"/>
          <w:bCs w:val="0"/>
          <w:i w:val="0"/>
          <w:iCs w:val="0"/>
          <w:color w:val="auto"/>
        </w:rPr>
      </w:pPr>
      <w:r w:rsidRPr="00DF05CF">
        <w:rPr>
          <w:rFonts w:ascii="Calibri" w:eastAsiaTheme="minorEastAsia" w:hAnsi="Calibri" w:cstheme="minorBidi"/>
          <w:b w:val="0"/>
          <w:bCs w:val="0"/>
          <w:i w:val="0"/>
          <w:iCs w:val="0"/>
          <w:color w:val="auto"/>
        </w:rPr>
        <w:t xml:space="preserve">Members discussed the maintenance of public footpaths and </w:t>
      </w:r>
      <w:r w:rsidR="00024D80" w:rsidRPr="00DF05CF">
        <w:rPr>
          <w:rFonts w:ascii="Calibri" w:eastAsiaTheme="minorEastAsia" w:hAnsi="Calibri" w:cstheme="minorBidi"/>
          <w:b w:val="0"/>
          <w:bCs w:val="0"/>
          <w:i w:val="0"/>
          <w:iCs w:val="0"/>
          <w:color w:val="auto"/>
        </w:rPr>
        <w:t>grass</w:t>
      </w:r>
      <w:r w:rsidRPr="00DF05CF">
        <w:rPr>
          <w:rFonts w:ascii="Calibri" w:eastAsiaTheme="minorEastAsia" w:hAnsi="Calibri" w:cstheme="minorBidi"/>
          <w:b w:val="0"/>
          <w:bCs w:val="0"/>
          <w:i w:val="0"/>
          <w:iCs w:val="0"/>
          <w:color w:val="auto"/>
        </w:rPr>
        <w:t xml:space="preserve"> areas throughout the community. It was agreed that matters falling within the responsibility of Pembrokeshire County Council would be reported to the County Council. Members also agreed to obtain quotations for any maintenance </w:t>
      </w:r>
      <w:r w:rsidR="00024D80" w:rsidRPr="00DF05CF">
        <w:rPr>
          <w:rFonts w:ascii="Calibri" w:eastAsiaTheme="minorEastAsia" w:hAnsi="Calibri" w:cstheme="minorBidi"/>
          <w:b w:val="0"/>
          <w:bCs w:val="0"/>
          <w:i w:val="0"/>
          <w:iCs w:val="0"/>
          <w:color w:val="auto"/>
        </w:rPr>
        <w:t>work</w:t>
      </w:r>
      <w:r w:rsidRPr="00DF05CF">
        <w:rPr>
          <w:rFonts w:ascii="Calibri" w:eastAsiaTheme="minorEastAsia" w:hAnsi="Calibri" w:cstheme="minorBidi"/>
          <w:b w:val="0"/>
          <w:bCs w:val="0"/>
          <w:i w:val="0"/>
          <w:iCs w:val="0"/>
          <w:color w:val="auto"/>
        </w:rPr>
        <w:t xml:space="preserve"> that may fall within the Community Council's responsibility before the matter </w:t>
      </w:r>
      <w:proofErr w:type="gramStart"/>
      <w:r w:rsidRPr="00DF05CF">
        <w:rPr>
          <w:rFonts w:ascii="Calibri" w:eastAsiaTheme="minorEastAsia" w:hAnsi="Calibri" w:cstheme="minorBidi"/>
          <w:b w:val="0"/>
          <w:bCs w:val="0"/>
          <w:i w:val="0"/>
          <w:iCs w:val="0"/>
          <w:color w:val="auto"/>
        </w:rPr>
        <w:t>was</w:t>
      </w:r>
      <w:proofErr w:type="gramEnd"/>
      <w:r w:rsidRPr="00DF05CF">
        <w:rPr>
          <w:rFonts w:ascii="Calibri" w:eastAsiaTheme="minorEastAsia" w:hAnsi="Calibri" w:cstheme="minorBidi"/>
          <w:b w:val="0"/>
          <w:bCs w:val="0"/>
          <w:i w:val="0"/>
          <w:iCs w:val="0"/>
          <w:color w:val="auto"/>
        </w:rPr>
        <w:t xml:space="preserve"> considered further.</w:t>
      </w:r>
    </w:p>
    <w:p w14:paraId="65CE42DB" w14:textId="34E7A972" w:rsidR="00DF05CF" w:rsidRPr="00DF05CF" w:rsidRDefault="00000000" w:rsidP="00DF05CF">
      <w:pPr>
        <w:pStyle w:val="Heading4"/>
        <w:rPr>
          <w:i w:val="0"/>
          <w:iCs w:val="0"/>
        </w:rPr>
      </w:pPr>
      <w:r w:rsidRPr="00DF05CF">
        <w:rPr>
          <w:i w:val="0"/>
          <w:iCs w:val="0"/>
        </w:rPr>
        <w:t>12.4 South Gate Trees</w:t>
      </w:r>
    </w:p>
    <w:p w14:paraId="02F3407B" w14:textId="77777777" w:rsidR="002172A4" w:rsidRPr="00DF05CF" w:rsidRDefault="00000000">
      <w:r w:rsidRPr="00DF05CF">
        <w:t>Members raised concerns regarding overhanging trees at South Gate. It was agreed that the Clerk would write to the owner reminding them of their responsibility to cut the trees back.</w:t>
      </w:r>
    </w:p>
    <w:p w14:paraId="6F34B60E" w14:textId="77777777" w:rsidR="00024D80" w:rsidRDefault="00000000" w:rsidP="00024D80">
      <w:pPr>
        <w:pStyle w:val="Heading4"/>
        <w:spacing w:line="240" w:lineRule="auto"/>
        <w:rPr>
          <w:i w:val="0"/>
          <w:iCs w:val="0"/>
        </w:rPr>
      </w:pPr>
      <w:r w:rsidRPr="00DF05CF">
        <w:rPr>
          <w:i w:val="0"/>
          <w:iCs w:val="0"/>
        </w:rPr>
        <w:t>12.5 River Cable</w:t>
      </w:r>
    </w:p>
    <w:p w14:paraId="435D302A" w14:textId="77777777" w:rsidR="00851F85" w:rsidRDefault="00851F85">
      <w:pPr>
        <w:pStyle w:val="Heading4"/>
        <w:rPr>
          <w:rFonts w:ascii="Calibri" w:eastAsiaTheme="minorEastAsia" w:hAnsi="Calibri" w:cstheme="minorBidi"/>
          <w:b w:val="0"/>
          <w:bCs w:val="0"/>
          <w:i w:val="0"/>
          <w:iCs w:val="0"/>
          <w:color w:val="auto"/>
        </w:rPr>
      </w:pPr>
      <w:r w:rsidRPr="00851F85">
        <w:rPr>
          <w:rFonts w:ascii="Calibri" w:eastAsiaTheme="minorEastAsia" w:hAnsi="Calibri" w:cstheme="minorBidi"/>
          <w:b w:val="0"/>
          <w:bCs w:val="0"/>
          <w:i w:val="0"/>
          <w:iCs w:val="0"/>
          <w:color w:val="auto"/>
        </w:rPr>
        <w:t xml:space="preserve">Members discussed a cable </w:t>
      </w:r>
      <w:proofErr w:type="gramStart"/>
      <w:r w:rsidRPr="00851F85">
        <w:rPr>
          <w:rFonts w:ascii="Calibri" w:eastAsiaTheme="minorEastAsia" w:hAnsi="Calibri" w:cstheme="minorBidi"/>
          <w:b w:val="0"/>
          <w:bCs w:val="0"/>
          <w:i w:val="0"/>
          <w:iCs w:val="0"/>
          <w:color w:val="auto"/>
        </w:rPr>
        <w:t>spanning</w:t>
      </w:r>
      <w:proofErr w:type="gramEnd"/>
      <w:r w:rsidRPr="00851F85">
        <w:rPr>
          <w:rFonts w:ascii="Calibri" w:eastAsiaTheme="minorEastAsia" w:hAnsi="Calibri" w:cstheme="minorBidi"/>
          <w:b w:val="0"/>
          <w:bCs w:val="0"/>
          <w:i w:val="0"/>
          <w:iCs w:val="0"/>
          <w:color w:val="auto"/>
        </w:rPr>
        <w:t xml:space="preserve"> the river and agreed that the Clerk would make enquiries with Pembrokeshire County Council regarding ownership and responsibility.</w:t>
      </w:r>
    </w:p>
    <w:p w14:paraId="515156F7" w14:textId="1A225244" w:rsidR="002172A4" w:rsidRPr="00DF05CF" w:rsidRDefault="00000000">
      <w:pPr>
        <w:pStyle w:val="Heading4"/>
        <w:rPr>
          <w:i w:val="0"/>
          <w:iCs w:val="0"/>
        </w:rPr>
      </w:pPr>
      <w:r w:rsidRPr="00DF05CF">
        <w:rPr>
          <w:i w:val="0"/>
          <w:iCs w:val="0"/>
        </w:rPr>
        <w:t>12.6 Swall</w:t>
      </w:r>
      <w:r w:rsidR="00C66C38">
        <w:rPr>
          <w:i w:val="0"/>
          <w:iCs w:val="0"/>
        </w:rPr>
        <w:t>ow</w:t>
      </w:r>
      <w:r w:rsidRPr="00DF05CF">
        <w:rPr>
          <w:i w:val="0"/>
          <w:iCs w:val="0"/>
        </w:rPr>
        <w:t xml:space="preserve"> Bank</w:t>
      </w:r>
    </w:p>
    <w:p w14:paraId="00EA5500" w14:textId="77777777" w:rsidR="00DF05CF" w:rsidRPr="00DF05CF" w:rsidRDefault="00DF05CF">
      <w:pPr>
        <w:pStyle w:val="Heading4"/>
        <w:rPr>
          <w:rFonts w:ascii="Calibri" w:eastAsiaTheme="minorEastAsia" w:hAnsi="Calibri" w:cstheme="minorBidi"/>
          <w:b w:val="0"/>
          <w:bCs w:val="0"/>
          <w:i w:val="0"/>
          <w:iCs w:val="0"/>
          <w:color w:val="auto"/>
        </w:rPr>
      </w:pPr>
      <w:r w:rsidRPr="00DF05CF">
        <w:rPr>
          <w:rFonts w:ascii="Calibri" w:eastAsiaTheme="minorEastAsia" w:hAnsi="Calibri" w:cstheme="minorBidi"/>
          <w:b w:val="0"/>
          <w:bCs w:val="0"/>
          <w:i w:val="0"/>
          <w:iCs w:val="0"/>
          <w:color w:val="auto"/>
        </w:rPr>
        <w:t>Members raised concerns regarding subsidence in the road at Swall Bank and requested that the Clerk report the matter to Pembrokeshire County Council.</w:t>
      </w:r>
    </w:p>
    <w:p w14:paraId="323041E0" w14:textId="005BF88F" w:rsidR="00024D80" w:rsidRPr="00024D80" w:rsidRDefault="00000000" w:rsidP="00024D80">
      <w:pPr>
        <w:pStyle w:val="Heading4"/>
        <w:rPr>
          <w:i w:val="0"/>
          <w:iCs w:val="0"/>
        </w:rPr>
      </w:pPr>
      <w:r w:rsidRPr="00DF05CF">
        <w:rPr>
          <w:i w:val="0"/>
          <w:iCs w:val="0"/>
        </w:rPr>
        <w:t>12.7 Footpath at 33 Wesley Way</w:t>
      </w:r>
    </w:p>
    <w:p w14:paraId="14EFD625" w14:textId="77777777" w:rsidR="002172A4" w:rsidRPr="00DF05CF" w:rsidRDefault="00000000">
      <w:r w:rsidRPr="00DF05CF">
        <w:t>Members raised concerns regarding vegetation encroaching onto the public footpath adjacent to 33 Wesley Way. It was agreed that the Clerk would report the matter to Pembrokeshire County Council and request that the footpath be cut back.</w:t>
      </w:r>
    </w:p>
    <w:p w14:paraId="4FF7089B" w14:textId="77777777" w:rsidR="002172A4" w:rsidRPr="00DF05CF" w:rsidRDefault="00000000">
      <w:pPr>
        <w:pStyle w:val="Heading3"/>
      </w:pPr>
      <w:r w:rsidRPr="00DF05CF">
        <w:t>13. Date of Next Meeting</w:t>
      </w:r>
    </w:p>
    <w:p w14:paraId="117F304F" w14:textId="77777777" w:rsidR="00F93493" w:rsidRPr="00DF05CF" w:rsidRDefault="00F93493">
      <w:pPr>
        <w:pStyle w:val="Heading3"/>
        <w:rPr>
          <w:rFonts w:ascii="Calibri" w:eastAsiaTheme="minorEastAsia" w:hAnsi="Calibri" w:cstheme="minorBidi"/>
          <w:b w:val="0"/>
          <w:bCs w:val="0"/>
          <w:color w:val="auto"/>
        </w:rPr>
      </w:pPr>
      <w:r w:rsidRPr="00DF05CF">
        <w:rPr>
          <w:rFonts w:ascii="Calibri" w:eastAsiaTheme="minorEastAsia" w:hAnsi="Calibri" w:cstheme="minorBidi"/>
          <w:b w:val="0"/>
          <w:bCs w:val="0"/>
          <w:color w:val="auto"/>
        </w:rPr>
        <w:t>It was noted that the next Ordinary Meeting of Spittal Community Council would be held on Wednesday 9 September 2026 at 7.00pm at Spittal School.</w:t>
      </w:r>
    </w:p>
    <w:p w14:paraId="74B82753" w14:textId="34789880" w:rsidR="002172A4" w:rsidRPr="00DF05CF" w:rsidRDefault="00000000">
      <w:pPr>
        <w:pStyle w:val="Heading3"/>
      </w:pPr>
      <w:r w:rsidRPr="00DF05CF">
        <w:t>14. Closure</w:t>
      </w:r>
    </w:p>
    <w:p w14:paraId="0A4AC796" w14:textId="38CB90CE" w:rsidR="00F93493" w:rsidRPr="00DF05CF" w:rsidRDefault="00000000">
      <w:r w:rsidRPr="00DF05CF">
        <w:t>There being no further business, the Chair thanked Members for their attendance and closed the meeting at 8.10pm.</w:t>
      </w:r>
    </w:p>
    <w:p w14:paraId="76D0E455" w14:textId="77777777" w:rsidR="00DF05CF" w:rsidRPr="00DF05CF" w:rsidRDefault="00DF05CF"/>
    <w:p w14:paraId="7006CDC2" w14:textId="47D5F97C" w:rsidR="00F93493" w:rsidRPr="00DF05CF" w:rsidRDefault="00000000">
      <w:r w:rsidRPr="00DF05CF">
        <w:br/>
        <w:t>Signed: __________________________ Chair</w:t>
      </w:r>
    </w:p>
    <w:p w14:paraId="6D9E951D" w14:textId="71D769E8" w:rsidR="002172A4" w:rsidRPr="00DF05CF" w:rsidRDefault="00000000">
      <w:r w:rsidRPr="00DF05CF">
        <w:br/>
        <w:t>Date: ____________________</w:t>
      </w:r>
    </w:p>
    <w:sectPr w:rsidR="002172A4" w:rsidRPr="00DF05CF"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1A64B" w14:textId="77777777" w:rsidR="00E13080" w:rsidRDefault="00E13080" w:rsidP="00212D9B">
      <w:pPr>
        <w:spacing w:after="0" w:line="240" w:lineRule="auto"/>
      </w:pPr>
      <w:r>
        <w:separator/>
      </w:r>
    </w:p>
  </w:endnote>
  <w:endnote w:type="continuationSeparator" w:id="0">
    <w:p w14:paraId="41728F71" w14:textId="77777777" w:rsidR="00E13080" w:rsidRDefault="00E13080" w:rsidP="00212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DDF7" w14:textId="77777777" w:rsidR="00212D9B" w:rsidRDefault="00212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F5CB" w14:textId="77777777" w:rsidR="00212D9B" w:rsidRDefault="00212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486A" w14:textId="77777777" w:rsidR="00212D9B" w:rsidRDefault="00212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784FA" w14:textId="77777777" w:rsidR="00E13080" w:rsidRDefault="00E13080" w:rsidP="00212D9B">
      <w:pPr>
        <w:spacing w:after="0" w:line="240" w:lineRule="auto"/>
      </w:pPr>
      <w:r>
        <w:separator/>
      </w:r>
    </w:p>
  </w:footnote>
  <w:footnote w:type="continuationSeparator" w:id="0">
    <w:p w14:paraId="23FEFD65" w14:textId="77777777" w:rsidR="00E13080" w:rsidRDefault="00E13080" w:rsidP="00212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F39F" w14:textId="77777777" w:rsidR="00212D9B" w:rsidRDefault="00212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329774"/>
      <w:docPartObj>
        <w:docPartGallery w:val="Watermarks"/>
        <w:docPartUnique/>
      </w:docPartObj>
    </w:sdtPr>
    <w:sdtContent>
      <w:p w14:paraId="73E42B3D" w14:textId="0B189356" w:rsidR="00212D9B" w:rsidRDefault="00212D9B">
        <w:pPr>
          <w:pStyle w:val="Header"/>
        </w:pPr>
        <w:r>
          <w:rPr>
            <w:noProof/>
          </w:rPr>
          <w:pict w14:anchorId="01BE13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FB67" w14:textId="77777777" w:rsidR="00212D9B" w:rsidRDefault="00212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1683808">
    <w:abstractNumId w:val="8"/>
  </w:num>
  <w:num w:numId="2" w16cid:durableId="623002996">
    <w:abstractNumId w:val="6"/>
  </w:num>
  <w:num w:numId="3" w16cid:durableId="2013411955">
    <w:abstractNumId w:val="5"/>
  </w:num>
  <w:num w:numId="4" w16cid:durableId="1023870957">
    <w:abstractNumId w:val="4"/>
  </w:num>
  <w:num w:numId="5" w16cid:durableId="2041777399">
    <w:abstractNumId w:val="7"/>
  </w:num>
  <w:num w:numId="6" w16cid:durableId="1692222542">
    <w:abstractNumId w:val="3"/>
  </w:num>
  <w:num w:numId="7" w16cid:durableId="1305740291">
    <w:abstractNumId w:val="2"/>
  </w:num>
  <w:num w:numId="8" w16cid:durableId="795416198">
    <w:abstractNumId w:val="1"/>
  </w:num>
  <w:num w:numId="9" w16cid:durableId="5636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80"/>
    <w:rsid w:val="00034616"/>
    <w:rsid w:val="0006063C"/>
    <w:rsid w:val="0015074B"/>
    <w:rsid w:val="00212C21"/>
    <w:rsid w:val="00212D9B"/>
    <w:rsid w:val="002172A4"/>
    <w:rsid w:val="0029639D"/>
    <w:rsid w:val="00326F90"/>
    <w:rsid w:val="004B5ABD"/>
    <w:rsid w:val="00596F17"/>
    <w:rsid w:val="005B6920"/>
    <w:rsid w:val="00686D6B"/>
    <w:rsid w:val="00851F85"/>
    <w:rsid w:val="009033AF"/>
    <w:rsid w:val="00AA1D8D"/>
    <w:rsid w:val="00B47730"/>
    <w:rsid w:val="00B50A3A"/>
    <w:rsid w:val="00C66C38"/>
    <w:rsid w:val="00C73E8E"/>
    <w:rsid w:val="00C82200"/>
    <w:rsid w:val="00CB0664"/>
    <w:rsid w:val="00D01991"/>
    <w:rsid w:val="00DF05CF"/>
    <w:rsid w:val="00E13080"/>
    <w:rsid w:val="00E32F4B"/>
    <w:rsid w:val="00F5587F"/>
    <w:rsid w:val="00F934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A4D855"/>
  <w14:defaultImageDpi w14:val="300"/>
  <w15:docId w15:val="{3B9309B9-FE87-4B6B-BD5B-4BA6CBA4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493"/>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Paul Jones (Student)</cp:lastModifiedBy>
  <cp:revision>17</cp:revision>
  <dcterms:created xsi:type="dcterms:W3CDTF">2026-07-27T20:42:00Z</dcterms:created>
  <dcterms:modified xsi:type="dcterms:W3CDTF">2026-07-28T19:17:00Z</dcterms:modified>
  <cp:category/>
</cp:coreProperties>
</file>